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3F3" w:rsidRPr="00B47C40" w:rsidRDefault="006404F0">
      <w:pPr>
        <w:spacing w:after="60"/>
        <w:jc w:val="right"/>
        <w:rPr>
          <w:lang w:val="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31.1pt;margin-top:17.5pt;width:91.05pt;height:37.55pt;z-index:251659264;mso-position-horizontal-relative:text;mso-position-vertical-relative:text">
            <v:imagedata r:id="rId8" o:title="подпись"/>
          </v:shape>
        </w:pict>
      </w:r>
      <w:r w:rsidR="00B46EE3" w:rsidRPr="00B47C40">
        <w:rPr>
          <w:b/>
          <w:lang w:val="ru-RU"/>
        </w:rPr>
        <w:t>УТВЕРЖДАЮ</w:t>
      </w:r>
      <w:r w:rsidR="00B46EE3" w:rsidRPr="00B47C40">
        <w:rPr>
          <w:b/>
          <w:lang w:val="ru-RU"/>
        </w:rPr>
        <w:br/>
      </w:r>
      <w:r w:rsidR="00B46EE3" w:rsidRPr="00B47C40">
        <w:rPr>
          <w:lang w:val="ru-RU"/>
        </w:rPr>
        <w:t>ИП Яковлев Дмитрий Петрович</w:t>
      </w:r>
      <w:r w:rsidR="00B46EE3" w:rsidRPr="00B47C40">
        <w:rPr>
          <w:lang w:val="ru-RU"/>
        </w:rPr>
        <w:br/>
        <w:t>____</w:t>
      </w:r>
      <w:r w:rsidR="00B47C40">
        <w:rPr>
          <w:lang w:val="ru-RU"/>
        </w:rPr>
        <w:t>____________ /Яковлев Д.П./</w:t>
      </w:r>
      <w:r w:rsidR="00B47C40">
        <w:rPr>
          <w:lang w:val="ru-RU"/>
        </w:rPr>
        <w:br/>
        <w:t>«20</w:t>
      </w:r>
      <w:r w:rsidR="00B46EE3" w:rsidRPr="00B47C40">
        <w:rPr>
          <w:lang w:val="ru-RU"/>
        </w:rPr>
        <w:t>»</w:t>
      </w:r>
      <w:r w:rsidR="00B47C40">
        <w:rPr>
          <w:lang w:val="ru-RU"/>
        </w:rPr>
        <w:t>августа</w:t>
      </w:r>
      <w:r w:rsidR="00B46EE3" w:rsidRPr="00B47C40">
        <w:rPr>
          <w:lang w:val="ru-RU"/>
        </w:rPr>
        <w:t xml:space="preserve"> 2026 г.</w:t>
      </w:r>
    </w:p>
    <w:p w:rsidR="008903F3" w:rsidRPr="00B47C40" w:rsidRDefault="00B46EE3">
      <w:pPr>
        <w:spacing w:after="60"/>
        <w:jc w:val="center"/>
        <w:rPr>
          <w:lang w:val="ru-RU"/>
        </w:rPr>
      </w:pPr>
      <w:r w:rsidRPr="00B47C40">
        <w:rPr>
          <w:b/>
          <w:sz w:val="32"/>
          <w:lang w:val="ru-RU"/>
        </w:rPr>
        <w:t>ПОЛИТИКА</w:t>
      </w:r>
      <w:r w:rsidRPr="00B47C40">
        <w:rPr>
          <w:b/>
          <w:sz w:val="32"/>
          <w:lang w:val="ru-RU"/>
        </w:rPr>
        <w:br/>
        <w:t>В ОТНОШЕНИИ ОБРАБОТКИ ПЕРСОНАЛЬНЫХ ДАННЫХ</w:t>
      </w:r>
    </w:p>
    <w:p w:rsidR="008903F3" w:rsidRPr="00B47C40" w:rsidRDefault="00B46EE3">
      <w:pPr>
        <w:spacing w:after="60"/>
        <w:jc w:val="center"/>
        <w:rPr>
          <w:lang w:val="ru-RU"/>
        </w:rPr>
      </w:pPr>
      <w:r w:rsidRPr="00B47C40">
        <w:rPr>
          <w:lang w:val="ru-RU"/>
        </w:rPr>
        <w:t>Индивидуального предпринимателя Яковлева Дмитрия Петровича</w:t>
      </w:r>
    </w:p>
    <w:p w:rsidR="008903F3" w:rsidRPr="00B47C40" w:rsidRDefault="00B46EE3">
      <w:pPr>
        <w:spacing w:after="60"/>
        <w:jc w:val="center"/>
        <w:rPr>
          <w:lang w:val="ru-RU"/>
        </w:rPr>
      </w:pPr>
      <w:r w:rsidRPr="00B47C40">
        <w:rPr>
          <w:lang w:val="ru-RU"/>
        </w:rPr>
        <w:t>г. Ростов-на-Дону</w:t>
      </w:r>
    </w:p>
    <w:p w:rsidR="008903F3" w:rsidRPr="00B47C40" w:rsidRDefault="00B47C40">
      <w:pPr>
        <w:spacing w:after="60"/>
        <w:jc w:val="center"/>
        <w:rPr>
          <w:lang w:val="ru-RU"/>
        </w:rPr>
      </w:pPr>
      <w:r>
        <w:rPr>
          <w:lang w:val="ru-RU"/>
        </w:rPr>
        <w:t>Редакция от 20</w:t>
      </w:r>
      <w:r w:rsidR="00B46EE3" w:rsidRPr="00B47C40">
        <w:rPr>
          <w:lang w:val="ru-RU"/>
        </w:rPr>
        <w:t xml:space="preserve"> августа 2026 г.</w:t>
      </w:r>
    </w:p>
    <w:p w:rsidR="008903F3" w:rsidRPr="00B47C40" w:rsidRDefault="00B46EE3">
      <w:pPr>
        <w:pStyle w:val="1"/>
        <w:spacing w:before="160" w:after="100"/>
        <w:rPr>
          <w:lang w:val="ru-RU"/>
        </w:rPr>
      </w:pPr>
      <w:r w:rsidRPr="00B47C40">
        <w:rPr>
          <w:lang w:val="ru-RU"/>
        </w:rPr>
        <w:t>1. Общие положения</w:t>
      </w:r>
    </w:p>
    <w:p w:rsidR="008903F3" w:rsidRPr="00B47C40" w:rsidRDefault="00B46EE3" w:rsidP="00B47C40">
      <w:pPr>
        <w:spacing w:after="60"/>
        <w:jc w:val="both"/>
        <w:rPr>
          <w:lang w:val="ru-RU"/>
        </w:rPr>
      </w:pPr>
      <w:r w:rsidRPr="00B47C40">
        <w:rPr>
          <w:b/>
          <w:lang w:val="ru-RU"/>
        </w:rPr>
        <w:t xml:space="preserve">1.1. </w:t>
      </w:r>
      <w:r w:rsidRPr="00B47C40">
        <w:rPr>
          <w:lang w:val="ru-RU"/>
        </w:rPr>
        <w:t>Настоящая Политика в отношении обработки персональных данных (далее — Политика) определяет порядок и условия обработки персональных данных Индивидуальным предпринимателем Яковлевым Дмитрием Петровичем, ИНН 616100004281, ОГРНИП 304616133500067, адрес: 344092, г. Ростов-на-Дону, ул. Добровольского, 8/2-89, телефон: 8-918</w:t>
      </w:r>
      <w:r w:rsidR="00B47C40">
        <w:rPr>
          <w:lang w:val="ru-RU"/>
        </w:rPr>
        <w:t>-508-88-01</w:t>
      </w:r>
      <w:r w:rsidRPr="00B47C40">
        <w:rPr>
          <w:lang w:val="ru-RU"/>
        </w:rPr>
        <w:t xml:space="preserve">, </w:t>
      </w:r>
      <w:r>
        <w:t>e</w:t>
      </w:r>
      <w:r w:rsidRPr="00B47C40">
        <w:rPr>
          <w:lang w:val="ru-RU"/>
        </w:rPr>
        <w:t>-</w:t>
      </w:r>
      <w:r>
        <w:t>mail</w:t>
      </w:r>
      <w:r w:rsidRPr="00B47C40">
        <w:rPr>
          <w:lang w:val="ru-RU"/>
        </w:rPr>
        <w:t xml:space="preserve">: </w:t>
      </w:r>
      <w:r w:rsidR="00B47C40">
        <w:rPr>
          <w:lang w:val="ru-RU"/>
        </w:rPr>
        <w:t>89185088801</w:t>
      </w:r>
      <w:r w:rsidRPr="00B47C40">
        <w:rPr>
          <w:lang w:val="ru-RU"/>
        </w:rPr>
        <w:t>@</w:t>
      </w:r>
      <w:r>
        <w:t>mail</w:t>
      </w:r>
      <w:r w:rsidRPr="00B47C40">
        <w:rPr>
          <w:lang w:val="ru-RU"/>
        </w:rPr>
        <w:t>.</w:t>
      </w:r>
      <w:r>
        <w:t>ru</w:t>
      </w:r>
      <w:r w:rsidRPr="00B47C40">
        <w:rPr>
          <w:lang w:val="ru-RU"/>
        </w:rPr>
        <w:t xml:space="preserve"> (далее — Оператор).</w:t>
      </w:r>
    </w:p>
    <w:p w:rsidR="008903F3" w:rsidRPr="00B47C40" w:rsidRDefault="00B46EE3" w:rsidP="00B47C40">
      <w:pPr>
        <w:spacing w:after="60"/>
        <w:jc w:val="both"/>
        <w:rPr>
          <w:lang w:val="ru-RU"/>
        </w:rPr>
      </w:pPr>
      <w:r w:rsidRPr="00B47C40">
        <w:rPr>
          <w:b/>
          <w:lang w:val="ru-RU"/>
        </w:rPr>
        <w:t xml:space="preserve">1.2. </w:t>
      </w:r>
      <w:r w:rsidRPr="00B47C40">
        <w:rPr>
          <w:lang w:val="ru-RU"/>
        </w:rPr>
        <w:t>Политика разработана во исполнение требований Федерального закона от 27.07.2006 № 152-ФЗ «О персональных данных» и иных применимых нормативных правовых актов Российской Федерации и направлена на защиту прав и свобод субъектов персональных данных.</w:t>
      </w:r>
    </w:p>
    <w:p w:rsidR="008903F3" w:rsidRPr="00B47C40" w:rsidRDefault="00B46EE3" w:rsidP="00B47C40">
      <w:pPr>
        <w:spacing w:after="60"/>
        <w:jc w:val="both"/>
        <w:rPr>
          <w:lang w:val="ru-RU"/>
        </w:rPr>
      </w:pPr>
      <w:r w:rsidRPr="00B47C40">
        <w:rPr>
          <w:b/>
          <w:lang w:val="ru-RU"/>
        </w:rPr>
        <w:t xml:space="preserve">1.3. </w:t>
      </w:r>
      <w:r w:rsidRPr="00B47C40">
        <w:rPr>
          <w:lang w:val="ru-RU"/>
        </w:rPr>
        <w:t>Политика распространяется на все персональные данные, которые Оператор обрабатывает в рамках своих направлений деятельности, включая спортивный центр «Ростов Дон» / спортивный клуб «Донские Витязи», рекламное агентство «Сладкий Яд», дистанционную торговлю антикварными игрушками, куклами, предметами декора и сопутствующими товарами под обозначением «Антик Тойс», а также иные проекты Оператора, если в них осуществляется обработка персональных данных.</w:t>
      </w:r>
    </w:p>
    <w:p w:rsidR="008903F3" w:rsidRPr="00B47C40" w:rsidRDefault="00B46EE3" w:rsidP="00B47C40">
      <w:pPr>
        <w:spacing w:after="60"/>
        <w:jc w:val="both"/>
        <w:rPr>
          <w:lang w:val="ru-RU"/>
        </w:rPr>
      </w:pPr>
      <w:r w:rsidRPr="00B47C40">
        <w:rPr>
          <w:b/>
          <w:lang w:val="ru-RU"/>
        </w:rPr>
        <w:t xml:space="preserve">1.4. </w:t>
      </w:r>
      <w:r w:rsidRPr="00B47C40">
        <w:rPr>
          <w:lang w:val="ru-RU"/>
        </w:rPr>
        <w:t>Ознакомление с настоящей Политикой само по себе не заменяет согласие на обработку персональных данных, согласие на распространение персональных данных, согласие на получение рекламы или иное отдельное волеизъявление субъекта, если такое согласие требуется законодательством. Необходимые согласия оформляются отдельно.</w:t>
      </w:r>
    </w:p>
    <w:p w:rsidR="008903F3" w:rsidRPr="00B47C40" w:rsidRDefault="00B46EE3" w:rsidP="00B47C40">
      <w:pPr>
        <w:spacing w:after="60"/>
        <w:jc w:val="both"/>
        <w:rPr>
          <w:lang w:val="ru-RU"/>
        </w:rPr>
      </w:pPr>
      <w:r w:rsidRPr="00B47C40">
        <w:rPr>
          <w:b/>
          <w:lang w:val="ru-RU"/>
        </w:rPr>
        <w:t xml:space="preserve">1.5. </w:t>
      </w:r>
      <w:r w:rsidRPr="00B47C40">
        <w:rPr>
          <w:lang w:val="ru-RU"/>
        </w:rPr>
        <w:t>Оператор обеспечивает неограниченный доступ к настоящей Политике и размещает её либо ссылку на неё на интернет-страницах, посредством которых осуществляется сбор персональных данных.</w:t>
      </w:r>
    </w:p>
    <w:p w:rsidR="008903F3" w:rsidRPr="00B47C40" w:rsidRDefault="00B46EE3" w:rsidP="00B47C40">
      <w:pPr>
        <w:pStyle w:val="1"/>
        <w:spacing w:before="160" w:after="100"/>
        <w:jc w:val="both"/>
        <w:rPr>
          <w:lang w:val="ru-RU"/>
        </w:rPr>
      </w:pPr>
      <w:r w:rsidRPr="00B47C40">
        <w:rPr>
          <w:lang w:val="ru-RU"/>
        </w:rPr>
        <w:t>2. Интернет-ресурсы Оператора</w:t>
      </w:r>
    </w:p>
    <w:p w:rsidR="008903F3" w:rsidRDefault="00B46EE3" w:rsidP="00B47C40">
      <w:pPr>
        <w:spacing w:after="60"/>
        <w:jc w:val="both"/>
        <w:rPr>
          <w:lang w:val="ru-RU"/>
        </w:rPr>
      </w:pPr>
      <w:r w:rsidRPr="00B47C40">
        <w:rPr>
          <w:b/>
          <w:lang w:val="ru-RU"/>
        </w:rPr>
        <w:t xml:space="preserve">2.1. </w:t>
      </w:r>
      <w:r w:rsidRPr="00B47C40">
        <w:rPr>
          <w:lang w:val="ru-RU"/>
        </w:rPr>
        <w:t>Настоящая Политика распространяется, в частности, на следующие доменные имена и интернет-ресурсы Оператора:</w:t>
      </w: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6"/>
        <w:gridCol w:w="5236"/>
      </w:tblGrid>
      <w:tr w:rsidR="00B47C40" w:rsidTr="00B47C40">
        <w:tc>
          <w:tcPr>
            <w:tcW w:w="5236" w:type="dxa"/>
          </w:tcPr>
          <w:p w:rsidR="00B47C40" w:rsidRDefault="00B47C40" w:rsidP="00B47C40">
            <w:pPr>
              <w:pStyle w:val="a0"/>
              <w:spacing w:after="60" w:line="276" w:lineRule="auto"/>
              <w:jc w:val="both"/>
            </w:pPr>
            <w:r>
              <w:t>rostovdon61.ru</w:t>
            </w:r>
          </w:p>
          <w:p w:rsidR="00B47C40" w:rsidRDefault="00B47C40" w:rsidP="00B47C40">
            <w:pPr>
              <w:pStyle w:val="a0"/>
              <w:spacing w:after="60" w:line="276" w:lineRule="auto"/>
              <w:jc w:val="both"/>
            </w:pPr>
            <w:r>
              <w:t>ростовдон61.рф</w:t>
            </w:r>
          </w:p>
          <w:p w:rsidR="00B47C40" w:rsidRDefault="00B47C40" w:rsidP="00B47C40">
            <w:pPr>
              <w:pStyle w:val="a0"/>
              <w:spacing w:after="60" w:line="276" w:lineRule="auto"/>
              <w:jc w:val="both"/>
            </w:pPr>
            <w:r>
              <w:t>aikidovrostove.ru</w:t>
            </w:r>
          </w:p>
          <w:p w:rsidR="00B47C40" w:rsidRDefault="00B47C40" w:rsidP="00B47C40">
            <w:pPr>
              <w:pStyle w:val="a0"/>
              <w:spacing w:after="60" w:line="276" w:lineRule="auto"/>
              <w:jc w:val="both"/>
            </w:pPr>
            <w:r>
              <w:t>айкидовростове.рф</w:t>
            </w:r>
          </w:p>
          <w:p w:rsidR="00B47C40" w:rsidRPr="00B47C40" w:rsidRDefault="00B47C40" w:rsidP="00B47C40">
            <w:pPr>
              <w:pStyle w:val="a0"/>
              <w:spacing w:after="60" w:line="276" w:lineRule="auto"/>
              <w:jc w:val="both"/>
            </w:pPr>
            <w:r>
              <w:t>центр-самообороны.рф</w:t>
            </w:r>
          </w:p>
        </w:tc>
        <w:tc>
          <w:tcPr>
            <w:tcW w:w="5236" w:type="dxa"/>
          </w:tcPr>
          <w:p w:rsidR="00B47C40" w:rsidRDefault="00B47C40" w:rsidP="00B47C40">
            <w:pPr>
              <w:pStyle w:val="a0"/>
              <w:spacing w:after="60"/>
              <w:jc w:val="both"/>
            </w:pPr>
            <w:r>
              <w:t>sweetpoison.ru</w:t>
            </w:r>
          </w:p>
          <w:p w:rsidR="00B47C40" w:rsidRDefault="00B47C40" w:rsidP="00B47C40">
            <w:pPr>
              <w:pStyle w:val="a0"/>
              <w:spacing w:after="60"/>
              <w:jc w:val="both"/>
            </w:pPr>
            <w:r>
              <w:t>сладкийяд.рф</w:t>
            </w:r>
          </w:p>
          <w:p w:rsidR="00B47C40" w:rsidRDefault="00B47C40" w:rsidP="00B47C40">
            <w:pPr>
              <w:pStyle w:val="a0"/>
              <w:spacing w:after="60"/>
              <w:jc w:val="both"/>
            </w:pPr>
            <w:r>
              <w:t>antiquetoys.ru</w:t>
            </w:r>
          </w:p>
          <w:p w:rsidR="00B47C40" w:rsidRDefault="00B47C40" w:rsidP="00B47C40">
            <w:pPr>
              <w:pStyle w:val="a0"/>
              <w:spacing w:after="60"/>
              <w:jc w:val="both"/>
            </w:pPr>
            <w:r>
              <w:t>антикварныеигрушки.рф</w:t>
            </w:r>
          </w:p>
          <w:p w:rsidR="00B47C40" w:rsidRDefault="00B47C40" w:rsidP="00B47C40">
            <w:pPr>
              <w:pStyle w:val="a0"/>
              <w:spacing w:after="60"/>
              <w:jc w:val="both"/>
            </w:pPr>
            <w:r>
              <w:t>vintagedolls.ru</w:t>
            </w:r>
          </w:p>
          <w:p w:rsidR="00B47C40" w:rsidRPr="00B47C40" w:rsidRDefault="00B47C40" w:rsidP="00B47C40">
            <w:pPr>
              <w:pStyle w:val="a0"/>
              <w:spacing w:after="60"/>
              <w:jc w:val="both"/>
            </w:pPr>
            <w:r>
              <w:t>винтажныекуклы.рф</w:t>
            </w:r>
          </w:p>
        </w:tc>
      </w:tr>
    </w:tbl>
    <w:p w:rsidR="008903F3" w:rsidRPr="00B47C40" w:rsidRDefault="00B46EE3" w:rsidP="00B47C40">
      <w:pPr>
        <w:spacing w:after="60"/>
        <w:jc w:val="both"/>
        <w:rPr>
          <w:lang w:val="ru-RU"/>
        </w:rPr>
      </w:pPr>
      <w:r w:rsidRPr="00B47C40">
        <w:rPr>
          <w:b/>
          <w:lang w:val="ru-RU"/>
        </w:rPr>
        <w:t xml:space="preserve">2.2. </w:t>
      </w:r>
      <w:r w:rsidRPr="00B47C40">
        <w:rPr>
          <w:lang w:val="ru-RU"/>
        </w:rPr>
        <w:t>Часть доменных имён может использоваться как самостоятельный ресурс либо исключительно для технической переадресации. Если на домене-переадресации самостоятельный сбор персональных данных не осуществляется, доступ к Политике обеспечивается на конечном интернет-ресурсе, на который переходит пользователь.</w:t>
      </w:r>
    </w:p>
    <w:p w:rsidR="008903F3" w:rsidRPr="00B47C40" w:rsidRDefault="00B46EE3" w:rsidP="00B47C40">
      <w:pPr>
        <w:pStyle w:val="1"/>
        <w:spacing w:before="160" w:after="100"/>
        <w:jc w:val="both"/>
        <w:rPr>
          <w:lang w:val="ru-RU"/>
        </w:rPr>
      </w:pPr>
      <w:r w:rsidRPr="00B47C40">
        <w:rPr>
          <w:lang w:val="ru-RU"/>
        </w:rPr>
        <w:t>3. Основные понятия и принципы обработки</w:t>
      </w:r>
    </w:p>
    <w:p w:rsidR="008903F3" w:rsidRPr="00B47C40" w:rsidRDefault="00B46EE3" w:rsidP="00B47C40">
      <w:pPr>
        <w:spacing w:after="60"/>
        <w:jc w:val="both"/>
        <w:rPr>
          <w:lang w:val="ru-RU"/>
        </w:rPr>
      </w:pPr>
      <w:r w:rsidRPr="00B47C40">
        <w:rPr>
          <w:b/>
          <w:lang w:val="ru-RU"/>
        </w:rPr>
        <w:t xml:space="preserve">3.1. </w:t>
      </w:r>
      <w:r w:rsidRPr="00B47C40">
        <w:rPr>
          <w:lang w:val="ru-RU"/>
        </w:rPr>
        <w:t>Персональные данные — любая информация, относящаяся прямо или косвенно к определённому или определяемому физическому лицу.</w:t>
      </w:r>
    </w:p>
    <w:p w:rsidR="008903F3" w:rsidRPr="00B47C40" w:rsidRDefault="00B46EE3" w:rsidP="00B47C40">
      <w:pPr>
        <w:spacing w:after="60"/>
        <w:jc w:val="both"/>
        <w:rPr>
          <w:lang w:val="ru-RU"/>
        </w:rPr>
      </w:pPr>
      <w:r w:rsidRPr="00B47C40">
        <w:rPr>
          <w:b/>
          <w:lang w:val="ru-RU"/>
        </w:rPr>
        <w:lastRenderedPageBreak/>
        <w:t xml:space="preserve">3.2. </w:t>
      </w:r>
      <w:r w:rsidRPr="00B47C40">
        <w:rPr>
          <w:lang w:val="ru-RU"/>
        </w:rPr>
        <w:t>Обработка персональных данных — любое действие или совокупность действий с персональными данными, включая сбор, запись, систематизацию, накопление, хранение, уточнение, извлечение, использование, передачу при наличии законного основания, обезличивание, блокирование, удаление и уничтожение.</w:t>
      </w:r>
    </w:p>
    <w:p w:rsidR="008903F3" w:rsidRPr="00B47C40" w:rsidRDefault="00B46EE3" w:rsidP="00B47C40">
      <w:pPr>
        <w:spacing w:after="60"/>
        <w:jc w:val="both"/>
        <w:rPr>
          <w:lang w:val="ru-RU"/>
        </w:rPr>
      </w:pPr>
      <w:r w:rsidRPr="00B47C40">
        <w:rPr>
          <w:b/>
          <w:lang w:val="ru-RU"/>
        </w:rPr>
        <w:t xml:space="preserve">3.3. </w:t>
      </w:r>
      <w:r w:rsidRPr="00B47C40">
        <w:rPr>
          <w:lang w:val="ru-RU"/>
        </w:rPr>
        <w:t>Обработка осуществляется на законной и справедливой основе, ограничивается конкретными, заранее определёнными и законными целями, а состав и объём данных не должны быть избыточными по отношению к заявленным целям.</w:t>
      </w:r>
    </w:p>
    <w:p w:rsidR="008903F3" w:rsidRPr="00B47C40" w:rsidRDefault="00B46EE3" w:rsidP="00B47C40">
      <w:pPr>
        <w:spacing w:after="60"/>
        <w:jc w:val="both"/>
        <w:rPr>
          <w:lang w:val="ru-RU"/>
        </w:rPr>
      </w:pPr>
      <w:r w:rsidRPr="00B47C40">
        <w:rPr>
          <w:b/>
          <w:lang w:val="ru-RU"/>
        </w:rPr>
        <w:t xml:space="preserve">3.4. </w:t>
      </w:r>
      <w:r w:rsidRPr="00B47C40">
        <w:rPr>
          <w:lang w:val="ru-RU"/>
        </w:rPr>
        <w:t>Персональные данные хранятся не дольше, чем этого требуют цели обработки, если иной срок не установлен законом, договором или иным законным основанием.</w:t>
      </w:r>
    </w:p>
    <w:p w:rsidR="008903F3" w:rsidRDefault="00B46EE3" w:rsidP="00B47C40">
      <w:pPr>
        <w:pStyle w:val="1"/>
        <w:spacing w:before="160" w:after="100"/>
        <w:jc w:val="both"/>
      </w:pPr>
      <w:r>
        <w:t>4. Категории субъектов персональных данных</w:t>
      </w:r>
    </w:p>
    <w:p w:rsidR="008903F3" w:rsidRPr="00B47C40" w:rsidRDefault="00B46EE3" w:rsidP="00B47C40">
      <w:pPr>
        <w:pStyle w:val="a0"/>
        <w:spacing w:after="60"/>
        <w:jc w:val="both"/>
        <w:rPr>
          <w:lang w:val="ru-RU"/>
        </w:rPr>
      </w:pPr>
      <w:r w:rsidRPr="00B47C40">
        <w:rPr>
          <w:lang w:val="ru-RU"/>
        </w:rPr>
        <w:t>клиенты спортивного центра / клуба и посетители пробных занятий;</w:t>
      </w:r>
    </w:p>
    <w:p w:rsidR="008903F3" w:rsidRPr="00B47C40" w:rsidRDefault="00B46EE3" w:rsidP="00B47C40">
      <w:pPr>
        <w:pStyle w:val="a0"/>
        <w:spacing w:after="60"/>
        <w:jc w:val="both"/>
        <w:rPr>
          <w:lang w:val="ru-RU"/>
        </w:rPr>
      </w:pPr>
      <w:r w:rsidRPr="00B47C40">
        <w:rPr>
          <w:lang w:val="ru-RU"/>
        </w:rPr>
        <w:t>родители и иные законные представители несовершеннолетних обучающихся;</w:t>
      </w:r>
    </w:p>
    <w:p w:rsidR="008903F3" w:rsidRDefault="00B46EE3" w:rsidP="00B47C40">
      <w:pPr>
        <w:pStyle w:val="a0"/>
        <w:spacing w:after="60"/>
        <w:jc w:val="both"/>
      </w:pPr>
      <w:r>
        <w:t>несовершеннолетние обучающиеся;</w:t>
      </w:r>
    </w:p>
    <w:p w:rsidR="008903F3" w:rsidRPr="00B47C40" w:rsidRDefault="00B46EE3" w:rsidP="00B47C40">
      <w:pPr>
        <w:pStyle w:val="a0"/>
        <w:spacing w:after="60"/>
        <w:jc w:val="both"/>
        <w:rPr>
          <w:lang w:val="ru-RU"/>
        </w:rPr>
      </w:pPr>
      <w:r w:rsidRPr="00B47C40">
        <w:rPr>
          <w:lang w:val="ru-RU"/>
        </w:rPr>
        <w:t>клиенты и представители клиентов рекламного агентства;</w:t>
      </w:r>
    </w:p>
    <w:p w:rsidR="008903F3" w:rsidRPr="00B47C40" w:rsidRDefault="00B46EE3" w:rsidP="00B47C40">
      <w:pPr>
        <w:pStyle w:val="a0"/>
        <w:spacing w:after="60"/>
        <w:jc w:val="both"/>
        <w:rPr>
          <w:lang w:val="ru-RU"/>
        </w:rPr>
      </w:pPr>
      <w:r w:rsidRPr="00B47C40">
        <w:rPr>
          <w:lang w:val="ru-RU"/>
        </w:rPr>
        <w:t>покупатели интернет-магазина и получатели заказов;</w:t>
      </w:r>
    </w:p>
    <w:p w:rsidR="008903F3" w:rsidRPr="00B47C40" w:rsidRDefault="00B46EE3" w:rsidP="00B47C40">
      <w:pPr>
        <w:pStyle w:val="a0"/>
        <w:spacing w:after="60"/>
        <w:jc w:val="both"/>
        <w:rPr>
          <w:lang w:val="ru-RU"/>
        </w:rPr>
      </w:pPr>
      <w:r w:rsidRPr="00B47C40">
        <w:rPr>
          <w:lang w:val="ru-RU"/>
        </w:rPr>
        <w:t>посетители сайтов, пользователи приложений, личных кабинетов, официальных сообществ и каналов, направившие заявки, сообщения или иные обращения;</w:t>
      </w:r>
    </w:p>
    <w:p w:rsidR="008903F3" w:rsidRPr="00B47C40" w:rsidRDefault="00B46EE3" w:rsidP="00B47C40">
      <w:pPr>
        <w:pStyle w:val="a0"/>
        <w:spacing w:after="60"/>
        <w:jc w:val="both"/>
        <w:rPr>
          <w:lang w:val="ru-RU"/>
        </w:rPr>
      </w:pPr>
      <w:r w:rsidRPr="00B47C40">
        <w:rPr>
          <w:lang w:val="ru-RU"/>
        </w:rPr>
        <w:t>контрагенты, подрядчики, поставщики и их представители;</w:t>
      </w:r>
    </w:p>
    <w:p w:rsidR="008903F3" w:rsidRPr="00B47C40" w:rsidRDefault="00B46EE3" w:rsidP="00B47C40">
      <w:pPr>
        <w:pStyle w:val="a0"/>
        <w:spacing w:after="60"/>
        <w:jc w:val="both"/>
        <w:rPr>
          <w:lang w:val="ru-RU"/>
        </w:rPr>
      </w:pPr>
      <w:r w:rsidRPr="00B47C40">
        <w:rPr>
          <w:lang w:val="ru-RU"/>
        </w:rPr>
        <w:t>иные физические лица, вступающие с Оператором в договорные, преддоговорные или иные законные отношения.</w:t>
      </w:r>
    </w:p>
    <w:p w:rsidR="008903F3" w:rsidRDefault="00B46EE3" w:rsidP="00B47C40">
      <w:pPr>
        <w:pStyle w:val="1"/>
        <w:spacing w:before="160" w:after="100"/>
        <w:jc w:val="both"/>
      </w:pPr>
      <w:r>
        <w:t>5. Цели обработки персональных данных</w:t>
      </w:r>
    </w:p>
    <w:p w:rsidR="008903F3" w:rsidRPr="00B47C40" w:rsidRDefault="00B46EE3" w:rsidP="00B47C40">
      <w:pPr>
        <w:pStyle w:val="a0"/>
        <w:spacing w:after="60"/>
        <w:jc w:val="both"/>
        <w:rPr>
          <w:lang w:val="ru-RU"/>
        </w:rPr>
      </w:pPr>
      <w:r w:rsidRPr="00B47C40">
        <w:rPr>
          <w:lang w:val="ru-RU"/>
        </w:rPr>
        <w:t>заключение, исполнение, изменение и прекращение договоров;</w:t>
      </w:r>
    </w:p>
    <w:p w:rsidR="008903F3" w:rsidRPr="00B47C40" w:rsidRDefault="00B46EE3" w:rsidP="00B47C40">
      <w:pPr>
        <w:pStyle w:val="a0"/>
        <w:spacing w:after="60"/>
        <w:jc w:val="both"/>
        <w:rPr>
          <w:lang w:val="ru-RU"/>
        </w:rPr>
      </w:pPr>
      <w:r w:rsidRPr="00B47C40">
        <w:rPr>
          <w:lang w:val="ru-RU"/>
        </w:rPr>
        <w:t>оказание платных образовательных, спортивно-тренировочных и клубных услуг;</w:t>
      </w:r>
    </w:p>
    <w:p w:rsidR="008903F3" w:rsidRPr="00B47C40" w:rsidRDefault="00B46EE3" w:rsidP="00B47C40">
      <w:pPr>
        <w:pStyle w:val="a0"/>
        <w:spacing w:after="60"/>
        <w:jc w:val="both"/>
        <w:rPr>
          <w:lang w:val="ru-RU"/>
        </w:rPr>
      </w:pPr>
      <w:r w:rsidRPr="00B47C40">
        <w:rPr>
          <w:lang w:val="ru-RU"/>
        </w:rPr>
        <w:t>ведение учёта обучающихся, посещаемости, оплат, начислений, бонусов, клубных взносов, аттестаций, соревнований и иных элементов клубного процесса;</w:t>
      </w:r>
    </w:p>
    <w:p w:rsidR="008903F3" w:rsidRPr="00B47C40" w:rsidRDefault="00B46EE3" w:rsidP="00B47C40">
      <w:pPr>
        <w:pStyle w:val="a0"/>
        <w:spacing w:after="60"/>
        <w:jc w:val="both"/>
        <w:rPr>
          <w:lang w:val="ru-RU"/>
        </w:rPr>
      </w:pPr>
      <w:r w:rsidRPr="00B47C40">
        <w:rPr>
          <w:lang w:val="ru-RU"/>
        </w:rPr>
        <w:t>создание и ведение учётной записи, мобильного приложения и личного кабинета;</w:t>
      </w:r>
    </w:p>
    <w:p w:rsidR="008903F3" w:rsidRPr="00B47C40" w:rsidRDefault="00B46EE3" w:rsidP="00B47C40">
      <w:pPr>
        <w:pStyle w:val="a0"/>
        <w:spacing w:after="60"/>
        <w:jc w:val="both"/>
        <w:rPr>
          <w:lang w:val="ru-RU"/>
        </w:rPr>
      </w:pPr>
      <w:r w:rsidRPr="00B47C40">
        <w:rPr>
          <w:lang w:val="ru-RU"/>
        </w:rPr>
        <w:t>обработка заявок, расчётов, заказов и сопровождение рекламных, дизайнерских, полиграфических, производственных и иных услуг рекламного агентства;</w:t>
      </w:r>
    </w:p>
    <w:p w:rsidR="008903F3" w:rsidRPr="00B47C40" w:rsidRDefault="00B46EE3" w:rsidP="00B47C40">
      <w:pPr>
        <w:pStyle w:val="a0"/>
        <w:spacing w:after="60"/>
        <w:jc w:val="both"/>
        <w:rPr>
          <w:lang w:val="ru-RU"/>
        </w:rPr>
      </w:pPr>
      <w:r w:rsidRPr="00B47C40">
        <w:rPr>
          <w:lang w:val="ru-RU"/>
        </w:rPr>
        <w:t>оформление и исполнение заказов дистанционной торговли, включая оплату, доставку, возврат, обмен и связь с покупателем;</w:t>
      </w:r>
    </w:p>
    <w:p w:rsidR="008903F3" w:rsidRPr="00B47C40" w:rsidRDefault="00B46EE3" w:rsidP="00B47C40">
      <w:pPr>
        <w:pStyle w:val="a0"/>
        <w:spacing w:after="60"/>
        <w:jc w:val="both"/>
        <w:rPr>
          <w:lang w:val="ru-RU"/>
        </w:rPr>
      </w:pPr>
      <w:r w:rsidRPr="00B47C40">
        <w:rPr>
          <w:lang w:val="ru-RU"/>
        </w:rPr>
        <w:t>ответы на обращения, консультирование, сервисное и организационное информирование;</w:t>
      </w:r>
    </w:p>
    <w:p w:rsidR="008903F3" w:rsidRPr="00B47C40" w:rsidRDefault="00B46EE3" w:rsidP="00B47C40">
      <w:pPr>
        <w:pStyle w:val="a0"/>
        <w:spacing w:after="60"/>
        <w:jc w:val="both"/>
        <w:rPr>
          <w:lang w:val="ru-RU"/>
        </w:rPr>
      </w:pPr>
      <w:r w:rsidRPr="00B47C40">
        <w:rPr>
          <w:lang w:val="ru-RU"/>
        </w:rPr>
        <w:t>ведение истории заказов, договоров, обращений и деловой переписки;</w:t>
      </w:r>
    </w:p>
    <w:p w:rsidR="008903F3" w:rsidRPr="00B47C40" w:rsidRDefault="00B46EE3" w:rsidP="00B47C40">
      <w:pPr>
        <w:pStyle w:val="a0"/>
        <w:spacing w:after="60"/>
        <w:jc w:val="both"/>
        <w:rPr>
          <w:lang w:val="ru-RU"/>
        </w:rPr>
      </w:pPr>
      <w:r w:rsidRPr="00B47C40">
        <w:rPr>
          <w:lang w:val="ru-RU"/>
        </w:rPr>
        <w:t>направление рекламных и рекламно-информационных сообщений при наличии необходимого отдельного согласия;</w:t>
      </w:r>
    </w:p>
    <w:p w:rsidR="008903F3" w:rsidRPr="00B47C40" w:rsidRDefault="00B46EE3" w:rsidP="00B47C40">
      <w:pPr>
        <w:pStyle w:val="a0"/>
        <w:spacing w:after="60"/>
        <w:jc w:val="both"/>
        <w:rPr>
          <w:lang w:val="ru-RU"/>
        </w:rPr>
      </w:pPr>
      <w:r w:rsidRPr="00B47C40">
        <w:rPr>
          <w:lang w:val="ru-RU"/>
        </w:rPr>
        <w:t>публикация фото-, видео-, отзывов, результатов и иных материалов при наличии соответствующего правового основания и, когда требуется, отдельного согласия на распространение;</w:t>
      </w:r>
    </w:p>
    <w:p w:rsidR="008903F3" w:rsidRPr="00B47C40" w:rsidRDefault="00B46EE3" w:rsidP="00B47C40">
      <w:pPr>
        <w:pStyle w:val="a0"/>
        <w:spacing w:after="60"/>
        <w:jc w:val="both"/>
        <w:rPr>
          <w:lang w:val="ru-RU"/>
        </w:rPr>
      </w:pPr>
      <w:r w:rsidRPr="00B47C40">
        <w:rPr>
          <w:lang w:val="ru-RU"/>
        </w:rPr>
        <w:t>ведение статистики, обеспечение работоспособности и безопасности интернет-ресурсов;</w:t>
      </w:r>
    </w:p>
    <w:p w:rsidR="008903F3" w:rsidRPr="00B47C40" w:rsidRDefault="00B46EE3" w:rsidP="00B47C40">
      <w:pPr>
        <w:pStyle w:val="a0"/>
        <w:spacing w:after="60"/>
        <w:jc w:val="both"/>
        <w:rPr>
          <w:lang w:val="ru-RU"/>
        </w:rPr>
      </w:pPr>
      <w:r w:rsidRPr="00B47C40">
        <w:rPr>
          <w:lang w:val="ru-RU"/>
        </w:rPr>
        <w:t>исполнение обязанностей, установленных законодательством Российской Федерации.</w:t>
      </w:r>
    </w:p>
    <w:p w:rsidR="008903F3" w:rsidRPr="00B47C40" w:rsidRDefault="00B46EE3" w:rsidP="00B47C40">
      <w:pPr>
        <w:pStyle w:val="1"/>
        <w:spacing w:before="160" w:after="100"/>
        <w:jc w:val="both"/>
        <w:rPr>
          <w:lang w:val="ru-RU"/>
        </w:rPr>
      </w:pPr>
      <w:r w:rsidRPr="00B47C40">
        <w:rPr>
          <w:lang w:val="ru-RU"/>
        </w:rPr>
        <w:t>6. Состав обрабатываемых персональных данных</w:t>
      </w:r>
    </w:p>
    <w:p w:rsidR="008903F3" w:rsidRPr="00B47C40" w:rsidRDefault="00B46EE3" w:rsidP="00B47C40">
      <w:pPr>
        <w:spacing w:after="60"/>
        <w:jc w:val="both"/>
        <w:rPr>
          <w:lang w:val="ru-RU"/>
        </w:rPr>
      </w:pPr>
      <w:r w:rsidRPr="00B47C40">
        <w:rPr>
          <w:b/>
          <w:lang w:val="ru-RU"/>
        </w:rPr>
        <w:t xml:space="preserve">6.1. </w:t>
      </w:r>
      <w:r w:rsidRPr="00B47C40">
        <w:rPr>
          <w:lang w:val="ru-RU"/>
        </w:rPr>
        <w:t>В зависимости от цели Оператор может обрабатывать: фамилию, имя, отчество; дату рождения и возраст; номер телефона; адрес электронной почты; адрес регистрации, проживания или доставки; сведения о заказах, оплатах, начислениях, бонусах, задолженности, посещаемости, договорах, обращениях и переписке; сведения, необходимые для идентификации платежа и исполнения заказа; иные данные, предоставленные субъектом и объективно необходимые для соответствующей цели.</w:t>
      </w:r>
    </w:p>
    <w:p w:rsidR="008903F3" w:rsidRPr="00B47C40" w:rsidRDefault="00B46EE3" w:rsidP="00B47C40">
      <w:pPr>
        <w:spacing w:after="60"/>
        <w:jc w:val="both"/>
        <w:rPr>
          <w:lang w:val="ru-RU"/>
        </w:rPr>
      </w:pPr>
      <w:r w:rsidRPr="00B47C40">
        <w:rPr>
          <w:b/>
          <w:lang w:val="ru-RU"/>
        </w:rPr>
        <w:t xml:space="preserve">6.2. </w:t>
      </w:r>
      <w:r w:rsidRPr="00B47C40">
        <w:rPr>
          <w:lang w:val="ru-RU"/>
        </w:rPr>
        <w:t>Паспортные и иные идентификационные данные обрабатываются только тогда и в том объёме, когда это необходимо для заключения или исполнения конкретного договора либо выполнения обязанности, установленной законом.</w:t>
      </w:r>
    </w:p>
    <w:p w:rsidR="008903F3" w:rsidRPr="00B47C40" w:rsidRDefault="00B46EE3" w:rsidP="00B47C40">
      <w:pPr>
        <w:spacing w:after="60"/>
        <w:jc w:val="both"/>
        <w:rPr>
          <w:lang w:val="ru-RU"/>
        </w:rPr>
      </w:pPr>
      <w:r w:rsidRPr="00B47C40">
        <w:rPr>
          <w:b/>
          <w:lang w:val="ru-RU"/>
        </w:rPr>
        <w:lastRenderedPageBreak/>
        <w:t xml:space="preserve">6.3. </w:t>
      </w:r>
      <w:r w:rsidRPr="00B47C40">
        <w:rPr>
          <w:lang w:val="ru-RU"/>
        </w:rPr>
        <w:t>В отношении несовершеннолетних обучающихся могут обрабатываться: Ф.И.О., дата рождения, возраст, сведения о группе, посещаемости, прохождении программы, аттестациях, соревнованиях, начислениях, бонусах, балансе, клубном статусе, фото- и видеоматериалы и иные сведения в объёме, необходимом для организации занятий и клубной деятельности.</w:t>
      </w:r>
    </w:p>
    <w:p w:rsidR="008903F3" w:rsidRPr="00B47C40" w:rsidRDefault="00B46EE3" w:rsidP="00B47C40">
      <w:pPr>
        <w:spacing w:after="60"/>
        <w:jc w:val="both"/>
        <w:rPr>
          <w:lang w:val="ru-RU"/>
        </w:rPr>
      </w:pPr>
      <w:r w:rsidRPr="00B47C40">
        <w:rPr>
          <w:b/>
          <w:lang w:val="ru-RU"/>
        </w:rPr>
        <w:t xml:space="preserve">6.4. </w:t>
      </w:r>
      <w:r w:rsidRPr="00B47C40">
        <w:rPr>
          <w:lang w:val="ru-RU"/>
        </w:rPr>
        <w:t>Оператор не хранит копии медицинских справок обучающихся. Для допуска к занятиям Оператор проверяет предъявленный медицинский документ и вправе фиксировать только факт его предъявления и дату проверки, а также минимальные сведения о наличии допуска, если это необходимо для безопасной организации занятий.</w:t>
      </w:r>
    </w:p>
    <w:p w:rsidR="008903F3" w:rsidRPr="00B47C40" w:rsidRDefault="00B46EE3" w:rsidP="00B47C40">
      <w:pPr>
        <w:spacing w:after="60"/>
        <w:jc w:val="both"/>
        <w:rPr>
          <w:lang w:val="ru-RU"/>
        </w:rPr>
      </w:pPr>
      <w:r w:rsidRPr="00B47C40">
        <w:rPr>
          <w:b/>
          <w:lang w:val="ru-RU"/>
        </w:rPr>
        <w:t xml:space="preserve">6.5. </w:t>
      </w:r>
      <w:r w:rsidRPr="00B47C40">
        <w:rPr>
          <w:lang w:val="ru-RU"/>
        </w:rPr>
        <w:t>Фото-, видеоматериалы, имя, возраст, спортивные достижения и иные персональные данные, предназначенные для публикации неопределённому кругу лиц, распространяются при наличии отдельного согласия на распространение персональных данных, когда такое согласие требуется законодательством.</w:t>
      </w:r>
    </w:p>
    <w:p w:rsidR="008903F3" w:rsidRPr="00B47C40" w:rsidRDefault="00B46EE3" w:rsidP="00B47C40">
      <w:pPr>
        <w:spacing w:after="60"/>
        <w:jc w:val="both"/>
        <w:rPr>
          <w:lang w:val="ru-RU"/>
        </w:rPr>
      </w:pPr>
      <w:r w:rsidRPr="00B47C40">
        <w:rPr>
          <w:b/>
          <w:lang w:val="ru-RU"/>
        </w:rPr>
        <w:t xml:space="preserve">6.6. </w:t>
      </w:r>
      <w:r w:rsidRPr="00B47C40">
        <w:rPr>
          <w:lang w:val="ru-RU"/>
        </w:rPr>
        <w:t xml:space="preserve">При использовании интернет-ресурсов могут автоматически обрабатываться технические сведения: </w:t>
      </w:r>
      <w:r>
        <w:t>IP</w:t>
      </w:r>
      <w:r w:rsidRPr="00B47C40">
        <w:rPr>
          <w:lang w:val="ru-RU"/>
        </w:rPr>
        <w:t xml:space="preserve">-адрес, </w:t>
      </w:r>
      <w:r>
        <w:t>cookie</w:t>
      </w:r>
      <w:r w:rsidRPr="00B47C40">
        <w:rPr>
          <w:lang w:val="ru-RU"/>
        </w:rPr>
        <w:t>, сведения о браузере и устройстве, дата и время доступа, просмотренные страницы, источник перехода, приблизительный регион и иные технические параметры, необходимые для работы сайта, аналитики и безопасности.</w:t>
      </w:r>
    </w:p>
    <w:p w:rsidR="008903F3" w:rsidRPr="00B47C40" w:rsidRDefault="00B46EE3" w:rsidP="00B47C40">
      <w:pPr>
        <w:pStyle w:val="1"/>
        <w:spacing w:before="160" w:after="100"/>
        <w:jc w:val="both"/>
        <w:rPr>
          <w:lang w:val="ru-RU"/>
        </w:rPr>
      </w:pPr>
      <w:r w:rsidRPr="00B47C40">
        <w:rPr>
          <w:lang w:val="ru-RU"/>
        </w:rPr>
        <w:t>7. Персональные данные несовершеннолетних</w:t>
      </w:r>
    </w:p>
    <w:p w:rsidR="008903F3" w:rsidRPr="00B47C40" w:rsidRDefault="00B46EE3" w:rsidP="00B47C40">
      <w:pPr>
        <w:spacing w:after="60"/>
        <w:jc w:val="both"/>
        <w:rPr>
          <w:lang w:val="ru-RU"/>
        </w:rPr>
      </w:pPr>
      <w:r w:rsidRPr="00B47C40">
        <w:rPr>
          <w:b/>
          <w:lang w:val="ru-RU"/>
        </w:rPr>
        <w:t xml:space="preserve">7.1. </w:t>
      </w:r>
      <w:r w:rsidRPr="00B47C40">
        <w:rPr>
          <w:lang w:val="ru-RU"/>
        </w:rPr>
        <w:t>Поскольку значительная часть услуг спортивного направления предназначена для несовершеннолетних, их персональные данные обрабатываются с учётом возраста ребёнка, характера конкретного действия и полномочий его законного представителя.</w:t>
      </w:r>
    </w:p>
    <w:p w:rsidR="008903F3" w:rsidRPr="00B47C40" w:rsidRDefault="00B46EE3" w:rsidP="00B47C40">
      <w:pPr>
        <w:spacing w:after="60"/>
        <w:jc w:val="both"/>
        <w:rPr>
          <w:lang w:val="ru-RU"/>
        </w:rPr>
      </w:pPr>
      <w:r w:rsidRPr="00B47C40">
        <w:rPr>
          <w:b/>
          <w:lang w:val="ru-RU"/>
        </w:rPr>
        <w:t xml:space="preserve">7.2. </w:t>
      </w:r>
      <w:r w:rsidRPr="00B47C40">
        <w:rPr>
          <w:lang w:val="ru-RU"/>
        </w:rPr>
        <w:t>Персональные данные ребёнка обычно предоставляются его родителем или иным законным представителем либо самим несовершеннолетним в случаях, допускаемых законодательством и условиями соответствующего сервиса.</w:t>
      </w:r>
    </w:p>
    <w:p w:rsidR="008903F3" w:rsidRPr="00B47C40" w:rsidRDefault="00B46EE3" w:rsidP="00B47C40">
      <w:pPr>
        <w:spacing w:after="60"/>
        <w:jc w:val="both"/>
        <w:rPr>
          <w:lang w:val="ru-RU"/>
        </w:rPr>
      </w:pPr>
      <w:r w:rsidRPr="00B47C40">
        <w:rPr>
          <w:b/>
          <w:lang w:val="ru-RU"/>
        </w:rPr>
        <w:t xml:space="preserve">7.3. </w:t>
      </w:r>
      <w:r w:rsidRPr="00B47C40">
        <w:rPr>
          <w:lang w:val="ru-RU"/>
        </w:rPr>
        <w:t>Оператор стремится не собирать сведения о несовершеннолетнем в объёме, превышающем необходимый для организации занятий, исполнения договора, обеспечения безопасности, участия в мероприятиях и выполнения иных законных целей.</w:t>
      </w:r>
    </w:p>
    <w:p w:rsidR="008903F3" w:rsidRPr="00B47C40" w:rsidRDefault="00B46EE3" w:rsidP="00B47C40">
      <w:pPr>
        <w:spacing w:after="60"/>
        <w:jc w:val="both"/>
        <w:rPr>
          <w:lang w:val="ru-RU"/>
        </w:rPr>
      </w:pPr>
      <w:r w:rsidRPr="00B47C40">
        <w:rPr>
          <w:b/>
          <w:lang w:val="ru-RU"/>
        </w:rPr>
        <w:t xml:space="preserve">7.4. </w:t>
      </w:r>
      <w:r w:rsidRPr="00B47C40">
        <w:rPr>
          <w:lang w:val="ru-RU"/>
        </w:rPr>
        <w:t>Публикация изображения ребёнка, его имени, возраста, спортивных результатов и иных данных в открытых источниках осуществляется только при наличии необходимых правовых оснований и соответствующих согласий.</w:t>
      </w:r>
    </w:p>
    <w:p w:rsidR="008903F3" w:rsidRPr="00B47C40" w:rsidRDefault="00B46EE3" w:rsidP="00B47C40">
      <w:pPr>
        <w:pStyle w:val="1"/>
        <w:spacing w:before="160" w:after="100"/>
        <w:jc w:val="both"/>
        <w:rPr>
          <w:lang w:val="ru-RU"/>
        </w:rPr>
      </w:pPr>
      <w:r w:rsidRPr="00B47C40">
        <w:rPr>
          <w:lang w:val="ru-RU"/>
        </w:rPr>
        <w:t>8. Источники получения персональных данных</w:t>
      </w:r>
    </w:p>
    <w:p w:rsidR="008903F3" w:rsidRPr="00B47C40" w:rsidRDefault="00B46EE3" w:rsidP="00B47C40">
      <w:pPr>
        <w:spacing w:after="60"/>
        <w:jc w:val="both"/>
        <w:rPr>
          <w:lang w:val="ru-RU"/>
        </w:rPr>
      </w:pPr>
      <w:r w:rsidRPr="00B47C40">
        <w:rPr>
          <w:b/>
          <w:lang w:val="ru-RU"/>
        </w:rPr>
        <w:t xml:space="preserve">8.1. </w:t>
      </w:r>
      <w:r w:rsidRPr="00B47C40">
        <w:rPr>
          <w:lang w:val="ru-RU"/>
        </w:rPr>
        <w:t>Оператор преимущественно получает персональные данные непосредственно от субъекта персональных данных либо его законного представителя.</w:t>
      </w:r>
    </w:p>
    <w:p w:rsidR="008903F3" w:rsidRDefault="00B46EE3" w:rsidP="00B47C40">
      <w:pPr>
        <w:spacing w:after="60"/>
        <w:jc w:val="both"/>
      </w:pPr>
      <w:r>
        <w:rPr>
          <w:b/>
        </w:rPr>
        <w:t xml:space="preserve">8.2. </w:t>
      </w:r>
      <w:r>
        <w:t>Данные могут поступать Оператору:</w:t>
      </w:r>
    </w:p>
    <w:p w:rsidR="008903F3" w:rsidRPr="00B47C40" w:rsidRDefault="00B46EE3" w:rsidP="00B47C40">
      <w:pPr>
        <w:pStyle w:val="a0"/>
        <w:spacing w:after="60"/>
        <w:jc w:val="both"/>
        <w:rPr>
          <w:lang w:val="ru-RU"/>
        </w:rPr>
      </w:pPr>
      <w:r w:rsidRPr="00B47C40">
        <w:rPr>
          <w:lang w:val="ru-RU"/>
        </w:rPr>
        <w:t>через формы на сайтах, формы заявок и оформления заказов;</w:t>
      </w:r>
    </w:p>
    <w:p w:rsidR="008903F3" w:rsidRPr="00B47C40" w:rsidRDefault="00B46EE3" w:rsidP="00B47C40">
      <w:pPr>
        <w:pStyle w:val="a0"/>
        <w:spacing w:after="60"/>
        <w:jc w:val="both"/>
        <w:rPr>
          <w:lang w:val="ru-RU"/>
        </w:rPr>
      </w:pPr>
      <w:r w:rsidRPr="00B47C40">
        <w:rPr>
          <w:lang w:val="ru-RU"/>
        </w:rPr>
        <w:t>при личном обращении, по телефону и при заполнении документов;</w:t>
      </w:r>
    </w:p>
    <w:p w:rsidR="008903F3" w:rsidRPr="00B47C40" w:rsidRDefault="00B46EE3" w:rsidP="00B47C40">
      <w:pPr>
        <w:pStyle w:val="a0"/>
        <w:spacing w:after="60"/>
        <w:jc w:val="both"/>
        <w:rPr>
          <w:lang w:val="ru-RU"/>
        </w:rPr>
      </w:pPr>
      <w:r w:rsidRPr="00B47C40">
        <w:rPr>
          <w:lang w:val="ru-RU"/>
        </w:rPr>
        <w:t xml:space="preserve">через </w:t>
      </w:r>
      <w:r>
        <w:t>CRM</w:t>
      </w:r>
      <w:r w:rsidRPr="00B47C40">
        <w:rPr>
          <w:lang w:val="ru-RU"/>
        </w:rPr>
        <w:t xml:space="preserve">, мобильное приложение и личный кабинет </w:t>
      </w:r>
      <w:r>
        <w:t>Mobifitness</w:t>
      </w:r>
      <w:r w:rsidRPr="00B47C40">
        <w:rPr>
          <w:lang w:val="ru-RU"/>
        </w:rPr>
        <w:t>;</w:t>
      </w:r>
    </w:p>
    <w:p w:rsidR="008903F3" w:rsidRPr="00B47C40" w:rsidRDefault="00B46EE3" w:rsidP="00B47C40">
      <w:pPr>
        <w:pStyle w:val="a0"/>
        <w:spacing w:after="60"/>
        <w:jc w:val="both"/>
        <w:rPr>
          <w:lang w:val="ru-RU"/>
        </w:rPr>
      </w:pPr>
      <w:r w:rsidRPr="00B47C40">
        <w:rPr>
          <w:lang w:val="ru-RU"/>
        </w:rPr>
        <w:t>через электронную почту, включая текст сообщений, подписи, вложения, заявки, договоры и иные направленные документы;</w:t>
      </w:r>
    </w:p>
    <w:p w:rsidR="008903F3" w:rsidRPr="00B47C40" w:rsidRDefault="00B46EE3" w:rsidP="00B47C40">
      <w:pPr>
        <w:pStyle w:val="a0"/>
        <w:spacing w:after="60"/>
        <w:jc w:val="both"/>
        <w:rPr>
          <w:lang w:val="ru-RU"/>
        </w:rPr>
      </w:pPr>
      <w:r w:rsidRPr="00B47C40">
        <w:rPr>
          <w:lang w:val="ru-RU"/>
        </w:rPr>
        <w:t>через сообщения, комментарии, формы и иные инструменты официальных сообществ и страниц Оператора во «ВКонтакте»;</w:t>
      </w:r>
    </w:p>
    <w:p w:rsidR="008903F3" w:rsidRPr="00B47C40" w:rsidRDefault="00B46EE3" w:rsidP="00B47C40">
      <w:pPr>
        <w:pStyle w:val="a0"/>
        <w:spacing w:after="60"/>
        <w:jc w:val="both"/>
        <w:rPr>
          <w:lang w:val="ru-RU"/>
        </w:rPr>
      </w:pPr>
      <w:r w:rsidRPr="00B47C40">
        <w:rPr>
          <w:lang w:val="ru-RU"/>
        </w:rPr>
        <w:t xml:space="preserve">через личные сообщения, официальные группы, каналы и другие доступные инструменты сервиса </w:t>
      </w:r>
      <w:r>
        <w:t>MAX</w:t>
      </w:r>
      <w:r w:rsidRPr="00B47C40">
        <w:rPr>
          <w:lang w:val="ru-RU"/>
        </w:rPr>
        <w:t>;</w:t>
      </w:r>
    </w:p>
    <w:p w:rsidR="008903F3" w:rsidRPr="00B47C40" w:rsidRDefault="00B46EE3" w:rsidP="00B47C40">
      <w:pPr>
        <w:pStyle w:val="a0"/>
        <w:spacing w:after="60"/>
        <w:jc w:val="both"/>
        <w:rPr>
          <w:lang w:val="ru-RU"/>
        </w:rPr>
      </w:pPr>
      <w:r w:rsidRPr="00B47C40">
        <w:rPr>
          <w:lang w:val="ru-RU"/>
        </w:rPr>
        <w:t>через иные мессенджеры и каналы связи, которые субъект самостоятельно использует для обращения к Оператору;</w:t>
      </w:r>
    </w:p>
    <w:p w:rsidR="008903F3" w:rsidRPr="00B47C40" w:rsidRDefault="00B46EE3" w:rsidP="00B47C40">
      <w:pPr>
        <w:pStyle w:val="a0"/>
        <w:spacing w:after="60"/>
        <w:jc w:val="both"/>
        <w:rPr>
          <w:lang w:val="ru-RU"/>
        </w:rPr>
      </w:pPr>
      <w:r w:rsidRPr="00B47C40">
        <w:rPr>
          <w:lang w:val="ru-RU"/>
        </w:rPr>
        <w:t>от контрагентов, служб доставки и иных лиц — только при наличии законного основания.</w:t>
      </w:r>
    </w:p>
    <w:p w:rsidR="008903F3" w:rsidRPr="00B47C40" w:rsidRDefault="00B46EE3" w:rsidP="00B47C40">
      <w:pPr>
        <w:spacing w:after="60"/>
        <w:jc w:val="both"/>
        <w:rPr>
          <w:lang w:val="ru-RU"/>
        </w:rPr>
      </w:pPr>
      <w:r w:rsidRPr="00B47C40">
        <w:rPr>
          <w:b/>
          <w:lang w:val="ru-RU"/>
        </w:rPr>
        <w:t xml:space="preserve">8.3. </w:t>
      </w:r>
      <w:r w:rsidRPr="00B47C40">
        <w:rPr>
          <w:lang w:val="ru-RU"/>
        </w:rPr>
        <w:t>Лицо, которое передаёт Оператору персональные данные другого человека, должно иметь законное основание для такой передачи в случаях, когда оно требуется законодательством.</w:t>
      </w:r>
    </w:p>
    <w:p w:rsidR="008903F3" w:rsidRDefault="00B46EE3" w:rsidP="00B47C40">
      <w:pPr>
        <w:pStyle w:val="1"/>
        <w:spacing w:before="160" w:after="100"/>
        <w:jc w:val="both"/>
      </w:pPr>
      <w:r>
        <w:lastRenderedPageBreak/>
        <w:t>9. Правовые основания обработки</w:t>
      </w:r>
    </w:p>
    <w:p w:rsidR="008903F3" w:rsidRPr="00B47C40" w:rsidRDefault="00B46EE3" w:rsidP="00B47C40">
      <w:pPr>
        <w:pStyle w:val="a0"/>
        <w:spacing w:after="60"/>
        <w:jc w:val="both"/>
        <w:rPr>
          <w:lang w:val="ru-RU"/>
        </w:rPr>
      </w:pPr>
      <w:r w:rsidRPr="00B47C40">
        <w:rPr>
          <w:lang w:val="ru-RU"/>
        </w:rPr>
        <w:t>согласие субъекта персональных данных или его законного представителя — когда обработка требует согласия;</w:t>
      </w:r>
    </w:p>
    <w:p w:rsidR="008903F3" w:rsidRPr="00B47C40" w:rsidRDefault="00B46EE3" w:rsidP="00B47C40">
      <w:pPr>
        <w:pStyle w:val="a0"/>
        <w:spacing w:after="60"/>
        <w:jc w:val="both"/>
        <w:rPr>
          <w:lang w:val="ru-RU"/>
        </w:rPr>
      </w:pPr>
      <w:r w:rsidRPr="00B47C40">
        <w:rPr>
          <w:lang w:val="ru-RU"/>
        </w:rPr>
        <w:t>необходимость заключения и исполнения договора, стороной, выгодоприобретателем или поручителем по которому является субъект;</w:t>
      </w:r>
    </w:p>
    <w:p w:rsidR="008903F3" w:rsidRPr="00B47C40" w:rsidRDefault="00B46EE3" w:rsidP="00B47C40">
      <w:pPr>
        <w:pStyle w:val="a0"/>
        <w:spacing w:after="60"/>
        <w:jc w:val="both"/>
        <w:rPr>
          <w:lang w:val="ru-RU"/>
        </w:rPr>
      </w:pPr>
      <w:r w:rsidRPr="00B47C40">
        <w:rPr>
          <w:lang w:val="ru-RU"/>
        </w:rPr>
        <w:t>исполнение обязанностей и полномочий Оператора, установленных законодательством Российской Федерации;</w:t>
      </w:r>
    </w:p>
    <w:p w:rsidR="008903F3" w:rsidRPr="00B47C40" w:rsidRDefault="00B46EE3" w:rsidP="00B47C40">
      <w:pPr>
        <w:pStyle w:val="a0"/>
        <w:spacing w:after="60"/>
        <w:jc w:val="both"/>
        <w:rPr>
          <w:lang w:val="ru-RU"/>
        </w:rPr>
      </w:pPr>
      <w:r w:rsidRPr="00B47C40">
        <w:rPr>
          <w:lang w:val="ru-RU"/>
        </w:rPr>
        <w:t>иные основания, прямо предусмотренные Федеральным законом № 152-ФЗ и другими федеральными законами.</w:t>
      </w:r>
    </w:p>
    <w:p w:rsidR="008903F3" w:rsidRPr="00B47C40" w:rsidRDefault="00B46EE3" w:rsidP="00B47C40">
      <w:pPr>
        <w:spacing w:after="60"/>
        <w:jc w:val="both"/>
        <w:rPr>
          <w:lang w:val="ru-RU"/>
        </w:rPr>
      </w:pPr>
      <w:r w:rsidRPr="00B47C40">
        <w:rPr>
          <w:b/>
          <w:lang w:val="ru-RU"/>
        </w:rPr>
        <w:t xml:space="preserve">9.1. </w:t>
      </w:r>
      <w:r w:rsidRPr="00B47C40">
        <w:rPr>
          <w:lang w:val="ru-RU"/>
        </w:rPr>
        <w:t>Если обработка осуществляется на основании согласия, согласие оформляется отдельно от иных документов и информации, подтверждаемой и (или) подписываемой субъектом, если законодательство требует такой формы.</w:t>
      </w:r>
    </w:p>
    <w:p w:rsidR="008903F3" w:rsidRPr="00B47C40" w:rsidRDefault="00B46EE3" w:rsidP="00B47C40">
      <w:pPr>
        <w:pStyle w:val="1"/>
        <w:spacing w:before="160" w:after="100"/>
        <w:jc w:val="both"/>
        <w:rPr>
          <w:lang w:val="ru-RU"/>
        </w:rPr>
      </w:pPr>
      <w:r w:rsidRPr="00B47C40">
        <w:rPr>
          <w:lang w:val="ru-RU"/>
        </w:rPr>
        <w:t>10. Порядок и способы обработки</w:t>
      </w:r>
    </w:p>
    <w:p w:rsidR="008903F3" w:rsidRPr="00B47C40" w:rsidRDefault="00B46EE3" w:rsidP="00B47C40">
      <w:pPr>
        <w:spacing w:after="60"/>
        <w:jc w:val="both"/>
        <w:rPr>
          <w:lang w:val="ru-RU"/>
        </w:rPr>
      </w:pPr>
      <w:r w:rsidRPr="00B47C40">
        <w:rPr>
          <w:b/>
          <w:lang w:val="ru-RU"/>
        </w:rPr>
        <w:t xml:space="preserve">10.1. </w:t>
      </w:r>
      <w:r w:rsidRPr="00B47C40">
        <w:rPr>
          <w:lang w:val="ru-RU"/>
        </w:rPr>
        <w:t>Обработка осуществляется с использованием средств автоматизации и без их использования, а также смешанным способом.</w:t>
      </w:r>
    </w:p>
    <w:p w:rsidR="008903F3" w:rsidRPr="00B47C40" w:rsidRDefault="00B46EE3" w:rsidP="00B47C40">
      <w:pPr>
        <w:spacing w:after="60"/>
        <w:jc w:val="both"/>
        <w:rPr>
          <w:lang w:val="ru-RU"/>
        </w:rPr>
      </w:pPr>
      <w:r w:rsidRPr="00B47C40">
        <w:rPr>
          <w:b/>
          <w:lang w:val="ru-RU"/>
        </w:rPr>
        <w:t xml:space="preserve">10.2. </w:t>
      </w:r>
      <w:r w:rsidRPr="00B47C40">
        <w:rPr>
          <w:lang w:val="ru-RU"/>
        </w:rPr>
        <w:t>Оператор может осуществлять сбор, запись, систематизацию, накопление, хранение, уточнение, извлечение, использование, передачу при наличии законного основания, обезличивание, блокирование, удаление и уничтожение данных.</w:t>
      </w:r>
    </w:p>
    <w:p w:rsidR="008903F3" w:rsidRPr="00B47C40" w:rsidRDefault="00B46EE3" w:rsidP="00B47C40">
      <w:pPr>
        <w:spacing w:after="60"/>
        <w:jc w:val="both"/>
        <w:rPr>
          <w:lang w:val="ru-RU"/>
        </w:rPr>
      </w:pPr>
      <w:r w:rsidRPr="00B47C40">
        <w:rPr>
          <w:b/>
          <w:lang w:val="ru-RU"/>
        </w:rPr>
        <w:t xml:space="preserve">10.3. </w:t>
      </w:r>
      <w:r w:rsidRPr="00B47C40">
        <w:rPr>
          <w:lang w:val="ru-RU"/>
        </w:rPr>
        <w:t>При сборе персональных данных граждан Российской Федерации, в том числе посредством сети Интернет, Оператор соблюдает требования законодательства о локализации записи, систематизации, накопления, хранения, уточнения и извлечения таких данных с использованием баз данных, находящихся на территории Российской Федерации, кроме предусмотренных законом исключений.</w:t>
      </w:r>
    </w:p>
    <w:p w:rsidR="008903F3" w:rsidRPr="00B47C40" w:rsidRDefault="00B46EE3" w:rsidP="00B47C40">
      <w:pPr>
        <w:spacing w:after="60"/>
        <w:jc w:val="both"/>
        <w:rPr>
          <w:lang w:val="ru-RU"/>
        </w:rPr>
      </w:pPr>
      <w:r w:rsidRPr="00B47C40">
        <w:rPr>
          <w:b/>
          <w:lang w:val="ru-RU"/>
        </w:rPr>
        <w:t xml:space="preserve">10.4. </w:t>
      </w:r>
      <w:r w:rsidRPr="00B47C40">
        <w:rPr>
          <w:lang w:val="ru-RU"/>
        </w:rPr>
        <w:t>Оператор не принимает исключительно на основании автоматизированной обработки решения, порождающие юридические последствия для субъекта или иным образом существенно затрагивающие его права, кроме случаев, допускаемых законодательством.</w:t>
      </w:r>
    </w:p>
    <w:p w:rsidR="008903F3" w:rsidRPr="00B47C40" w:rsidRDefault="00B46EE3" w:rsidP="00B47C40">
      <w:pPr>
        <w:pStyle w:val="1"/>
        <w:spacing w:before="160" w:after="100"/>
        <w:jc w:val="both"/>
        <w:rPr>
          <w:lang w:val="ru-RU"/>
        </w:rPr>
      </w:pPr>
      <w:r w:rsidRPr="00B47C40">
        <w:rPr>
          <w:lang w:val="ru-RU"/>
        </w:rPr>
        <w:t>11. Используемые информационные и коммуникационные сервисы</w:t>
      </w:r>
    </w:p>
    <w:p w:rsidR="008903F3" w:rsidRPr="00B47C40" w:rsidRDefault="00B46EE3" w:rsidP="00B47C40">
      <w:pPr>
        <w:spacing w:after="60"/>
        <w:jc w:val="both"/>
        <w:rPr>
          <w:lang w:val="ru-RU"/>
        </w:rPr>
      </w:pPr>
      <w:r w:rsidRPr="00B47C40">
        <w:rPr>
          <w:b/>
          <w:lang w:val="ru-RU"/>
        </w:rPr>
        <w:t xml:space="preserve">11.1. </w:t>
      </w:r>
      <w:r w:rsidRPr="00B47C40">
        <w:rPr>
          <w:lang w:val="ru-RU"/>
        </w:rPr>
        <w:t>Для ведения деятельности Оператор использует сторонние информационные системы и сервисы. Их роль в обработке персональных данных определяется фактическими функциями сервиса, договорными отношениями и законодательством.</w:t>
      </w:r>
    </w:p>
    <w:p w:rsidR="008903F3" w:rsidRPr="00B47C40" w:rsidRDefault="00B46EE3" w:rsidP="00B47C40">
      <w:pPr>
        <w:spacing w:after="60"/>
        <w:jc w:val="both"/>
        <w:rPr>
          <w:lang w:val="ru-RU"/>
        </w:rPr>
      </w:pPr>
      <w:r w:rsidRPr="00B47C40">
        <w:rPr>
          <w:b/>
          <w:lang w:val="ru-RU"/>
        </w:rPr>
        <w:t xml:space="preserve">11.2. </w:t>
      </w:r>
      <w:r>
        <w:t>Mobifitness</w:t>
      </w:r>
      <w:r w:rsidRPr="00B47C40">
        <w:rPr>
          <w:lang w:val="ru-RU"/>
        </w:rPr>
        <w:t xml:space="preserve"> (ООО «Мобильные технологии») используется для </w:t>
      </w:r>
      <w:r>
        <w:t>CRM</w:t>
      </w:r>
      <w:r w:rsidRPr="00B47C40">
        <w:rPr>
          <w:lang w:val="ru-RU"/>
        </w:rPr>
        <w:t>, мобильного приложения, личных кабинетов, расписания, посещаемости, начислений, оплат, бонусов и иных элементов клубного учёта. В части обработки данных клиентов Оператора сервис может осуществлять обработку по поручению Оператора в соответствии с договором и собственными документами сервиса.</w:t>
      </w:r>
    </w:p>
    <w:p w:rsidR="008903F3" w:rsidRPr="00B47C40" w:rsidRDefault="00B46EE3" w:rsidP="00B47C40">
      <w:pPr>
        <w:spacing w:after="60"/>
        <w:jc w:val="both"/>
        <w:rPr>
          <w:lang w:val="ru-RU"/>
        </w:rPr>
      </w:pPr>
      <w:r w:rsidRPr="00B47C40">
        <w:rPr>
          <w:b/>
          <w:lang w:val="ru-RU"/>
        </w:rPr>
        <w:t xml:space="preserve">11.3. </w:t>
      </w:r>
      <w:r>
        <w:t>Vigbo</w:t>
      </w:r>
      <w:r w:rsidRPr="00B47C40">
        <w:rPr>
          <w:lang w:val="ru-RU"/>
        </w:rPr>
        <w:t xml:space="preserve"> используется как платформа создания и функционирования сайтов, форм и интернет-магазина, а также связанных технических функций. Объём данных, обрабатываемых посредством </w:t>
      </w:r>
      <w:r>
        <w:t>Vigbo</w:t>
      </w:r>
      <w:r w:rsidRPr="00B47C40">
        <w:rPr>
          <w:lang w:val="ru-RU"/>
        </w:rPr>
        <w:t>, зависит от фактически используемых форм и функций сайтов.</w:t>
      </w:r>
    </w:p>
    <w:p w:rsidR="008903F3" w:rsidRPr="00B47C40" w:rsidRDefault="00B46EE3" w:rsidP="00B47C40">
      <w:pPr>
        <w:spacing w:after="60"/>
        <w:jc w:val="both"/>
        <w:rPr>
          <w:lang w:val="ru-RU"/>
        </w:rPr>
      </w:pPr>
      <w:r w:rsidRPr="00B47C40">
        <w:rPr>
          <w:b/>
          <w:lang w:val="ru-RU"/>
        </w:rPr>
        <w:t xml:space="preserve">11.4. </w:t>
      </w:r>
      <w:r w:rsidRPr="00B47C40">
        <w:rPr>
          <w:lang w:val="ru-RU"/>
        </w:rPr>
        <w:t xml:space="preserve">Для деловой электронной переписки Оператор использует сервис «Почта </w:t>
      </w:r>
      <w:r>
        <w:t>Mail</w:t>
      </w:r>
      <w:r w:rsidRPr="00B47C40">
        <w:rPr>
          <w:lang w:val="ru-RU"/>
        </w:rPr>
        <w:t>». При использовании самой почтовой платформы отдельная обработка информации осуществляется владельцем сервиса в соответствии с его собственными документами. Оператор обрабатывает содержание поступившей ему деловой переписки в объёме, необходимом для соответствующей цели.</w:t>
      </w:r>
    </w:p>
    <w:p w:rsidR="008903F3" w:rsidRPr="00B47C40" w:rsidRDefault="00B46EE3" w:rsidP="00B47C40">
      <w:pPr>
        <w:spacing w:after="60"/>
        <w:jc w:val="both"/>
        <w:rPr>
          <w:lang w:val="ru-RU"/>
        </w:rPr>
      </w:pPr>
      <w:r w:rsidRPr="00B47C40">
        <w:rPr>
          <w:b/>
          <w:lang w:val="ru-RU"/>
        </w:rPr>
        <w:t xml:space="preserve">11.5. </w:t>
      </w:r>
      <w:r w:rsidRPr="00B47C40">
        <w:rPr>
          <w:lang w:val="ru-RU"/>
        </w:rPr>
        <w:t>Оператор использует социальную сеть «ВКонтакте» для информирования, публикаций, получения обращений, заявок, отзывов и сообщений. Владелец социальной сети самостоятельно обрабатывает данные пользователей платформы в соответствии со своими документами; Оператор обрабатывает сведения, к которым получает доступ в связи с взаимодействием пользователя с официальными страницами и сообществами Оператора.</w:t>
      </w:r>
    </w:p>
    <w:p w:rsidR="008903F3" w:rsidRPr="00B47C40" w:rsidRDefault="00B46EE3" w:rsidP="00B47C40">
      <w:pPr>
        <w:spacing w:after="60"/>
        <w:jc w:val="both"/>
        <w:rPr>
          <w:lang w:val="ru-RU"/>
        </w:rPr>
      </w:pPr>
      <w:r w:rsidRPr="00B47C40">
        <w:rPr>
          <w:b/>
          <w:lang w:val="ru-RU"/>
        </w:rPr>
        <w:t xml:space="preserve">11.6. </w:t>
      </w:r>
      <w:r w:rsidRPr="00B47C40">
        <w:rPr>
          <w:lang w:val="ru-RU"/>
        </w:rPr>
        <w:t xml:space="preserve">Оператор использует сервис </w:t>
      </w:r>
      <w:r>
        <w:t>MAX</w:t>
      </w:r>
      <w:r w:rsidRPr="00B47C40">
        <w:rPr>
          <w:lang w:val="ru-RU"/>
        </w:rPr>
        <w:t xml:space="preserve"> для информирования, переписки, получения обращений и взаимодействия с клиентами. Отдельная обработка информации внутри платформы осуществляется </w:t>
      </w:r>
      <w:r w:rsidRPr="00B47C40">
        <w:rPr>
          <w:lang w:val="ru-RU"/>
        </w:rPr>
        <w:lastRenderedPageBreak/>
        <w:t xml:space="preserve">владельцем </w:t>
      </w:r>
      <w:r>
        <w:t>MAX</w:t>
      </w:r>
      <w:r w:rsidRPr="00B47C40">
        <w:rPr>
          <w:lang w:val="ru-RU"/>
        </w:rPr>
        <w:t xml:space="preserve"> по его собственной политике; Оператор обрабатывает данные, переданные ему пользователем через сообщения, группы, каналы и иные доступные инструменты сервиса.</w:t>
      </w:r>
    </w:p>
    <w:p w:rsidR="008903F3" w:rsidRPr="00B47C40" w:rsidRDefault="00B46EE3" w:rsidP="00B47C40">
      <w:pPr>
        <w:spacing w:after="60"/>
        <w:jc w:val="both"/>
        <w:rPr>
          <w:lang w:val="ru-RU"/>
        </w:rPr>
      </w:pPr>
      <w:r w:rsidRPr="00B47C40">
        <w:rPr>
          <w:b/>
          <w:lang w:val="ru-RU"/>
        </w:rPr>
        <w:t xml:space="preserve">11.7. </w:t>
      </w:r>
      <w:r w:rsidRPr="00B47C40">
        <w:rPr>
          <w:lang w:val="ru-RU"/>
        </w:rPr>
        <w:t>Для оплаты могут использоваться банки и платёжная инфраструктура, включая Систему быстрых платежей. Банки и иные участники платёжной инфраструктуры обрабатывают информацию в пределах своих полномочий и применимых правил.</w:t>
      </w:r>
    </w:p>
    <w:p w:rsidR="008903F3" w:rsidRPr="00B47C40" w:rsidRDefault="00B46EE3" w:rsidP="00B47C40">
      <w:pPr>
        <w:spacing w:after="60"/>
        <w:jc w:val="both"/>
        <w:rPr>
          <w:lang w:val="ru-RU"/>
        </w:rPr>
      </w:pPr>
      <w:r w:rsidRPr="00B47C40">
        <w:rPr>
          <w:b/>
          <w:lang w:val="ru-RU"/>
        </w:rPr>
        <w:t xml:space="preserve">11.8. </w:t>
      </w:r>
      <w:r w:rsidRPr="00B47C40">
        <w:rPr>
          <w:lang w:val="ru-RU"/>
        </w:rPr>
        <w:t>Для исполнения конкретных заказов Оператор вправе передавать минимально необходимые сведения службам доставки, типографиям, производствам, подрядчикам и иным исполнителям, когда без такой передачи невозможно исполнение договора или имеется иное законное основание.</w:t>
      </w:r>
    </w:p>
    <w:p w:rsidR="008903F3" w:rsidRPr="00B47C40" w:rsidRDefault="00B46EE3" w:rsidP="00B47C40">
      <w:pPr>
        <w:pStyle w:val="1"/>
        <w:spacing w:before="160" w:after="100"/>
        <w:jc w:val="both"/>
        <w:rPr>
          <w:lang w:val="ru-RU"/>
        </w:rPr>
      </w:pPr>
      <w:r w:rsidRPr="00B47C40">
        <w:rPr>
          <w:lang w:val="ru-RU"/>
        </w:rPr>
        <w:t xml:space="preserve">12. Яндекс.Метрика, </w:t>
      </w:r>
      <w:r>
        <w:t>cookie</w:t>
      </w:r>
      <w:r w:rsidRPr="00B47C40">
        <w:rPr>
          <w:lang w:val="ru-RU"/>
        </w:rPr>
        <w:t xml:space="preserve"> и веб-аналитика</w:t>
      </w:r>
    </w:p>
    <w:p w:rsidR="008903F3" w:rsidRPr="00B47C40" w:rsidRDefault="00B46EE3" w:rsidP="00B47C40">
      <w:pPr>
        <w:spacing w:after="60"/>
        <w:jc w:val="both"/>
        <w:rPr>
          <w:lang w:val="ru-RU"/>
        </w:rPr>
      </w:pPr>
      <w:r w:rsidRPr="00B47C40">
        <w:rPr>
          <w:b/>
          <w:lang w:val="ru-RU"/>
        </w:rPr>
        <w:t xml:space="preserve">12.1. </w:t>
      </w:r>
      <w:r w:rsidRPr="00B47C40">
        <w:rPr>
          <w:lang w:val="ru-RU"/>
        </w:rPr>
        <w:t xml:space="preserve">На всех сайтах Оператора используется сервис веб-аналитики «Яндекс.Метрика». Сервис может автоматически получать технические сведения о посещении сайта, включая </w:t>
      </w:r>
      <w:r>
        <w:t>cookie</w:t>
      </w:r>
      <w:r w:rsidRPr="00B47C40">
        <w:rPr>
          <w:lang w:val="ru-RU"/>
        </w:rPr>
        <w:t xml:space="preserve">, </w:t>
      </w:r>
      <w:r>
        <w:t>IP</w:t>
      </w:r>
      <w:r w:rsidRPr="00B47C40">
        <w:rPr>
          <w:lang w:val="ru-RU"/>
        </w:rPr>
        <w:t>-адрес, сведения о браузере и устройстве, дату и время посещения, просмотренные страницы, источник перехода, приблизительный регион и параметры взаимодействия с сайтом.</w:t>
      </w:r>
    </w:p>
    <w:p w:rsidR="008903F3" w:rsidRPr="00B47C40" w:rsidRDefault="00B46EE3" w:rsidP="00B47C40">
      <w:pPr>
        <w:spacing w:after="60"/>
        <w:jc w:val="both"/>
        <w:rPr>
          <w:lang w:val="ru-RU"/>
        </w:rPr>
      </w:pPr>
      <w:r w:rsidRPr="00B47C40">
        <w:rPr>
          <w:b/>
          <w:lang w:val="ru-RU"/>
        </w:rPr>
        <w:t xml:space="preserve">12.2. </w:t>
      </w:r>
      <w:r w:rsidRPr="00B47C40">
        <w:rPr>
          <w:lang w:val="ru-RU"/>
        </w:rPr>
        <w:t>Данные веб-аналитики используются для оценки посещаемости, улучшения структуры и содержания сайтов, анализа эффективности информационных и рекламных материалов, выявления технических ошибок и обеспечения работоспособности интернет-ресурсов.</w:t>
      </w:r>
    </w:p>
    <w:p w:rsidR="008903F3" w:rsidRPr="00B47C40" w:rsidRDefault="00B46EE3" w:rsidP="00B47C40">
      <w:pPr>
        <w:spacing w:after="60"/>
        <w:jc w:val="both"/>
        <w:rPr>
          <w:lang w:val="ru-RU"/>
        </w:rPr>
      </w:pPr>
      <w:r w:rsidRPr="00B47C40">
        <w:rPr>
          <w:b/>
          <w:lang w:val="ru-RU"/>
        </w:rPr>
        <w:t xml:space="preserve">12.3. </w:t>
      </w:r>
      <w:r w:rsidRPr="00B47C40">
        <w:rPr>
          <w:lang w:val="ru-RU"/>
        </w:rPr>
        <w:t>Обработка данных самим сервисом Яндекс.Метрика осуществляется также в соответствии с документами владельца данного сервиса. Оператор не включает в собственный перечень данных те сведения, которые платформа собирает исключительно для своих самостоятельных целей и к которым Оператор не получает доступа.</w:t>
      </w:r>
    </w:p>
    <w:p w:rsidR="008903F3" w:rsidRPr="00B47C40" w:rsidRDefault="00B46EE3" w:rsidP="00B47C40">
      <w:pPr>
        <w:spacing w:after="60"/>
        <w:jc w:val="both"/>
        <w:rPr>
          <w:lang w:val="ru-RU"/>
        </w:rPr>
      </w:pPr>
      <w:r w:rsidRPr="00B47C40">
        <w:rPr>
          <w:b/>
          <w:lang w:val="ru-RU"/>
        </w:rPr>
        <w:t xml:space="preserve">12.4. </w:t>
      </w:r>
      <w:r w:rsidRPr="00B47C40">
        <w:rPr>
          <w:lang w:val="ru-RU"/>
        </w:rPr>
        <w:t xml:space="preserve">Пользователь может ограничить или удалить </w:t>
      </w:r>
      <w:r>
        <w:t>cookie</w:t>
      </w:r>
      <w:r w:rsidRPr="00B47C40">
        <w:rPr>
          <w:lang w:val="ru-RU"/>
        </w:rPr>
        <w:t xml:space="preserve"> в настройках браузера. Ограничение </w:t>
      </w:r>
      <w:r>
        <w:t>cookie</w:t>
      </w:r>
      <w:r w:rsidRPr="00B47C40">
        <w:rPr>
          <w:lang w:val="ru-RU"/>
        </w:rPr>
        <w:t xml:space="preserve"> может повлиять на доступность отдельных функций сайтов. Если законодательство требует получения согласия на необязательные </w:t>
      </w:r>
      <w:r>
        <w:t>cookie</w:t>
      </w:r>
      <w:r w:rsidRPr="00B47C40">
        <w:rPr>
          <w:lang w:val="ru-RU"/>
        </w:rPr>
        <w:t xml:space="preserve"> или связанные технологии, Оператор обеспечивает соответствующий механизм уведомления и выбора на сайте.</w:t>
      </w:r>
    </w:p>
    <w:p w:rsidR="008903F3" w:rsidRPr="00B47C40" w:rsidRDefault="00B46EE3" w:rsidP="00B47C40">
      <w:pPr>
        <w:pStyle w:val="1"/>
        <w:spacing w:before="160" w:after="100"/>
        <w:jc w:val="both"/>
        <w:rPr>
          <w:lang w:val="ru-RU"/>
        </w:rPr>
      </w:pPr>
      <w:r w:rsidRPr="00B47C40">
        <w:rPr>
          <w:lang w:val="ru-RU"/>
        </w:rPr>
        <w:t>13. Передача данных, поручение обработки и трансграничная передача</w:t>
      </w:r>
    </w:p>
    <w:p w:rsidR="008903F3" w:rsidRPr="00B47C40" w:rsidRDefault="00B46EE3" w:rsidP="00B47C40">
      <w:pPr>
        <w:spacing w:after="60"/>
        <w:jc w:val="both"/>
        <w:rPr>
          <w:lang w:val="ru-RU"/>
        </w:rPr>
      </w:pPr>
      <w:r w:rsidRPr="00B47C40">
        <w:rPr>
          <w:b/>
          <w:lang w:val="ru-RU"/>
        </w:rPr>
        <w:t xml:space="preserve">13.1. </w:t>
      </w:r>
      <w:r w:rsidRPr="00B47C40">
        <w:rPr>
          <w:lang w:val="ru-RU"/>
        </w:rPr>
        <w:t>Оператор предоставляет персональные данные третьим лицам только при наличии законного основания и только в объёме, необходимом для конкретной цели.</w:t>
      </w:r>
    </w:p>
    <w:p w:rsidR="008903F3" w:rsidRPr="00B47C40" w:rsidRDefault="00B46EE3" w:rsidP="00B47C40">
      <w:pPr>
        <w:spacing w:after="60"/>
        <w:jc w:val="both"/>
        <w:rPr>
          <w:lang w:val="ru-RU"/>
        </w:rPr>
      </w:pPr>
      <w:r w:rsidRPr="00B47C40">
        <w:rPr>
          <w:b/>
          <w:lang w:val="ru-RU"/>
        </w:rPr>
        <w:t xml:space="preserve">13.2. </w:t>
      </w:r>
      <w:r w:rsidRPr="00B47C40">
        <w:rPr>
          <w:lang w:val="ru-RU"/>
        </w:rPr>
        <w:t>При поручении обработки другому лицу Оператор определяет перечень данных, перечень действий, цели обработки, требования к конфиденциальности и безопасности и иные условия в объёме, предусмотренном законодательством и договором.</w:t>
      </w:r>
    </w:p>
    <w:p w:rsidR="008903F3" w:rsidRPr="00B47C40" w:rsidRDefault="00B46EE3" w:rsidP="00B47C40">
      <w:pPr>
        <w:spacing w:after="60"/>
        <w:jc w:val="both"/>
        <w:rPr>
          <w:lang w:val="ru-RU"/>
        </w:rPr>
      </w:pPr>
      <w:r w:rsidRPr="00B47C40">
        <w:rPr>
          <w:b/>
          <w:lang w:val="ru-RU"/>
        </w:rPr>
        <w:t xml:space="preserve">13.3. </w:t>
      </w:r>
      <w:r w:rsidRPr="00B47C40">
        <w:rPr>
          <w:lang w:val="ru-RU"/>
        </w:rPr>
        <w:t>Оператор не осуществляет трансграничную передачу персональных данных по собственной инициативе без предварительного выполнения требований законодательства Российской Федерации. Если использование конкретного внешнего сервиса фактически связано с трансграничной передачей, Оператор оценивает необходимость такой обработки и выполняет предусмотренные законом процедуры до её начала.</w:t>
      </w:r>
    </w:p>
    <w:p w:rsidR="008903F3" w:rsidRPr="00B47C40" w:rsidRDefault="00B46EE3" w:rsidP="00B47C40">
      <w:pPr>
        <w:spacing w:after="60"/>
        <w:jc w:val="both"/>
        <w:rPr>
          <w:lang w:val="ru-RU"/>
        </w:rPr>
      </w:pPr>
      <w:r w:rsidRPr="00B47C40">
        <w:rPr>
          <w:b/>
          <w:lang w:val="ru-RU"/>
        </w:rPr>
        <w:t xml:space="preserve">13.4. </w:t>
      </w:r>
      <w:r w:rsidRPr="00B47C40">
        <w:rPr>
          <w:lang w:val="ru-RU"/>
        </w:rPr>
        <w:t>Точное местонахождение баз данных и инфраструктуры привлечённых сервисов определяется на основании сведений, предоставленных соответствующими поставщиками, и учитывается Оператором при исполнении обязанностей перед Роскомнадзором. Эти технические адреса не обязаны приводиться в настоящей публичной Политике.</w:t>
      </w:r>
    </w:p>
    <w:p w:rsidR="008903F3" w:rsidRPr="00B47C40" w:rsidRDefault="00B46EE3" w:rsidP="00B47C40">
      <w:pPr>
        <w:pStyle w:val="1"/>
        <w:spacing w:before="160" w:after="100"/>
        <w:jc w:val="both"/>
        <w:rPr>
          <w:lang w:val="ru-RU"/>
        </w:rPr>
      </w:pPr>
      <w:r w:rsidRPr="00B47C40">
        <w:rPr>
          <w:lang w:val="ru-RU"/>
        </w:rPr>
        <w:t>14. Рекламные сообщения и распространение персональных данных</w:t>
      </w:r>
    </w:p>
    <w:p w:rsidR="008903F3" w:rsidRPr="00B47C40" w:rsidRDefault="00B46EE3" w:rsidP="00B47C40">
      <w:pPr>
        <w:spacing w:after="60"/>
        <w:jc w:val="both"/>
        <w:rPr>
          <w:lang w:val="ru-RU"/>
        </w:rPr>
      </w:pPr>
      <w:r w:rsidRPr="00B47C40">
        <w:rPr>
          <w:b/>
          <w:lang w:val="ru-RU"/>
        </w:rPr>
        <w:t xml:space="preserve">14.1. </w:t>
      </w:r>
      <w:r w:rsidRPr="00B47C40">
        <w:rPr>
          <w:lang w:val="ru-RU"/>
        </w:rPr>
        <w:t>Сервисные и организационные сообщения, непосредственно связанные с исполнением договора, расписанием, оплатами, доставкой, статусом заказа, допуском и иными текущими отношениями, направляются в рамках соответствующего правового основания.</w:t>
      </w:r>
    </w:p>
    <w:p w:rsidR="008903F3" w:rsidRPr="00B47C40" w:rsidRDefault="00B46EE3" w:rsidP="00B47C40">
      <w:pPr>
        <w:spacing w:after="60"/>
        <w:jc w:val="both"/>
        <w:rPr>
          <w:lang w:val="ru-RU"/>
        </w:rPr>
      </w:pPr>
      <w:r w:rsidRPr="00B47C40">
        <w:rPr>
          <w:b/>
          <w:lang w:val="ru-RU"/>
        </w:rPr>
        <w:t xml:space="preserve">14.2. </w:t>
      </w:r>
      <w:r w:rsidRPr="00B47C40">
        <w:rPr>
          <w:lang w:val="ru-RU"/>
        </w:rPr>
        <w:t>Рекламные и рекламно-информационные сообщения направляются только при наличии предварительного согласия адресата, если такое согласие требуется законодательством. Подписка на сообщество, лайк, комментарий или разовое обращение сами по себе не рассматриваются Оператором как универсальное согласие на рекламную рассылку.</w:t>
      </w:r>
    </w:p>
    <w:p w:rsidR="008903F3" w:rsidRPr="00B47C40" w:rsidRDefault="00B46EE3" w:rsidP="00B47C40">
      <w:pPr>
        <w:spacing w:after="60"/>
        <w:jc w:val="both"/>
        <w:rPr>
          <w:lang w:val="ru-RU"/>
        </w:rPr>
      </w:pPr>
      <w:r w:rsidRPr="00B47C40">
        <w:rPr>
          <w:b/>
          <w:lang w:val="ru-RU"/>
        </w:rPr>
        <w:lastRenderedPageBreak/>
        <w:t xml:space="preserve">14.3. </w:t>
      </w:r>
      <w:r w:rsidRPr="00B47C40">
        <w:rPr>
          <w:lang w:val="ru-RU"/>
        </w:rPr>
        <w:t>Распространение персональных данных неопределённому кругу лиц, включая публикацию фото, видео, имени, возраста и достижений несовершеннолетнего, осуществляется на основании отдельного согласия на распространение персональных данных в предусмотренных законом случаях.</w:t>
      </w:r>
    </w:p>
    <w:p w:rsidR="008903F3" w:rsidRPr="00B47C40" w:rsidRDefault="00B46EE3" w:rsidP="00B47C40">
      <w:pPr>
        <w:pStyle w:val="1"/>
        <w:spacing w:before="160" w:after="100"/>
        <w:jc w:val="both"/>
        <w:rPr>
          <w:lang w:val="ru-RU"/>
        </w:rPr>
      </w:pPr>
      <w:r w:rsidRPr="00B47C40">
        <w:rPr>
          <w:lang w:val="ru-RU"/>
        </w:rPr>
        <w:t>15. Сроки хранения и уничтожение данных</w:t>
      </w:r>
    </w:p>
    <w:p w:rsidR="008903F3" w:rsidRPr="00B47C40" w:rsidRDefault="00B46EE3" w:rsidP="00B47C40">
      <w:pPr>
        <w:spacing w:after="60"/>
        <w:jc w:val="both"/>
        <w:rPr>
          <w:lang w:val="ru-RU"/>
        </w:rPr>
      </w:pPr>
      <w:r w:rsidRPr="00B47C40">
        <w:rPr>
          <w:b/>
          <w:lang w:val="ru-RU"/>
        </w:rPr>
        <w:t xml:space="preserve">15.1. </w:t>
      </w:r>
      <w:r w:rsidRPr="00B47C40">
        <w:rPr>
          <w:lang w:val="ru-RU"/>
        </w:rPr>
        <w:t>Персональные данные обрабатываются и хранятся не дольше, чем этого требуют цели обработки, если иной срок не установлен законодательством, договором или иным законным основанием.</w:t>
      </w:r>
    </w:p>
    <w:p w:rsidR="008903F3" w:rsidRPr="00B47C40" w:rsidRDefault="00B46EE3" w:rsidP="00B47C40">
      <w:pPr>
        <w:spacing w:after="60"/>
        <w:jc w:val="both"/>
        <w:rPr>
          <w:lang w:val="ru-RU"/>
        </w:rPr>
      </w:pPr>
      <w:r w:rsidRPr="00B47C40">
        <w:rPr>
          <w:b/>
          <w:lang w:val="ru-RU"/>
        </w:rPr>
        <w:t xml:space="preserve">15.2. </w:t>
      </w:r>
      <w:r w:rsidRPr="00B47C40">
        <w:rPr>
          <w:lang w:val="ru-RU"/>
        </w:rPr>
        <w:t>При достижении цели обработки либо утрате необходимости в её достижении персональные данные уничтожаются или обеспечивается их уничтожение, как правило, в срок, не превышающий 30 календарных дней, если иное не предусмотрено законом, договором или иным правовым основанием.</w:t>
      </w:r>
    </w:p>
    <w:p w:rsidR="008903F3" w:rsidRPr="00B47C40" w:rsidRDefault="00B46EE3" w:rsidP="00B47C40">
      <w:pPr>
        <w:spacing w:after="60"/>
        <w:jc w:val="both"/>
        <w:rPr>
          <w:lang w:val="ru-RU"/>
        </w:rPr>
      </w:pPr>
      <w:r w:rsidRPr="00B47C40">
        <w:rPr>
          <w:b/>
          <w:lang w:val="ru-RU"/>
        </w:rPr>
        <w:t xml:space="preserve">15.3. </w:t>
      </w:r>
      <w:r w:rsidRPr="00B47C40">
        <w:rPr>
          <w:lang w:val="ru-RU"/>
        </w:rPr>
        <w:t>При отзыве согласия данные прекращают обрабатываться и уничтожаются, если их дальнейшее хранение не требуется и отсутствует иное законное основание для обработки, в сроки, установленные законодательством.</w:t>
      </w:r>
    </w:p>
    <w:p w:rsidR="008903F3" w:rsidRPr="00B47C40" w:rsidRDefault="00B46EE3" w:rsidP="00B47C40">
      <w:pPr>
        <w:spacing w:after="60"/>
        <w:jc w:val="both"/>
        <w:rPr>
          <w:lang w:val="ru-RU"/>
        </w:rPr>
      </w:pPr>
      <w:r w:rsidRPr="00B47C40">
        <w:rPr>
          <w:b/>
          <w:lang w:val="ru-RU"/>
        </w:rPr>
        <w:t xml:space="preserve">15.4. </w:t>
      </w:r>
      <w:r w:rsidRPr="00B47C40">
        <w:rPr>
          <w:lang w:val="ru-RU"/>
        </w:rPr>
        <w:t>Уничтожение подтверждается в порядке, установленном законодательством и внутренними документами Оператора, в том числе актом об уничтожении и, когда применимо, сведениями информационной системы.</w:t>
      </w:r>
    </w:p>
    <w:p w:rsidR="008903F3" w:rsidRDefault="00B46EE3" w:rsidP="00B47C40">
      <w:pPr>
        <w:pStyle w:val="1"/>
        <w:spacing w:before="160" w:after="100"/>
        <w:jc w:val="both"/>
      </w:pPr>
      <w:r>
        <w:t>16. Права субъектов персональных данных</w:t>
      </w:r>
    </w:p>
    <w:p w:rsidR="008903F3" w:rsidRPr="00B47C40" w:rsidRDefault="00B46EE3" w:rsidP="00B47C40">
      <w:pPr>
        <w:pStyle w:val="a0"/>
        <w:spacing w:after="60"/>
        <w:jc w:val="both"/>
        <w:rPr>
          <w:lang w:val="ru-RU"/>
        </w:rPr>
      </w:pPr>
      <w:r w:rsidRPr="00B47C40">
        <w:rPr>
          <w:lang w:val="ru-RU"/>
        </w:rPr>
        <w:t>получать сведения о наличии и обработке своих персональных данных, правовых основаниях, целях, способах и сроках обработки;</w:t>
      </w:r>
    </w:p>
    <w:p w:rsidR="008903F3" w:rsidRPr="00B47C40" w:rsidRDefault="00B46EE3" w:rsidP="00B47C40">
      <w:pPr>
        <w:pStyle w:val="a0"/>
        <w:spacing w:after="60"/>
        <w:jc w:val="both"/>
        <w:rPr>
          <w:lang w:val="ru-RU"/>
        </w:rPr>
      </w:pPr>
      <w:r w:rsidRPr="00B47C40">
        <w:rPr>
          <w:lang w:val="ru-RU"/>
        </w:rPr>
        <w:t>требовать уточнения, блокирования или уничтожения неполных, устаревших, неточных, незаконно полученных либо не необходимых для заявленной цели данных;</w:t>
      </w:r>
    </w:p>
    <w:p w:rsidR="008903F3" w:rsidRPr="00B47C40" w:rsidRDefault="00B46EE3" w:rsidP="00B47C40">
      <w:pPr>
        <w:pStyle w:val="a0"/>
        <w:spacing w:after="60"/>
        <w:jc w:val="both"/>
        <w:rPr>
          <w:lang w:val="ru-RU"/>
        </w:rPr>
      </w:pPr>
      <w:r w:rsidRPr="00B47C40">
        <w:rPr>
          <w:lang w:val="ru-RU"/>
        </w:rPr>
        <w:t>отзывать согласие на обработку персональных данных;</w:t>
      </w:r>
    </w:p>
    <w:p w:rsidR="008903F3" w:rsidRPr="00B47C40" w:rsidRDefault="00B46EE3" w:rsidP="00B47C40">
      <w:pPr>
        <w:pStyle w:val="a0"/>
        <w:spacing w:after="60"/>
        <w:jc w:val="both"/>
        <w:rPr>
          <w:lang w:val="ru-RU"/>
        </w:rPr>
      </w:pPr>
      <w:r w:rsidRPr="00B47C40">
        <w:rPr>
          <w:lang w:val="ru-RU"/>
        </w:rPr>
        <w:t>требовать прекращения обработки в случаях, предусмотренных законом;</w:t>
      </w:r>
    </w:p>
    <w:p w:rsidR="008903F3" w:rsidRDefault="00B46EE3" w:rsidP="00B47C40">
      <w:pPr>
        <w:pStyle w:val="a0"/>
        <w:spacing w:after="60"/>
        <w:jc w:val="both"/>
      </w:pPr>
      <w:r>
        <w:t>отказаться от рекламных сообщений;</w:t>
      </w:r>
    </w:p>
    <w:p w:rsidR="008903F3" w:rsidRPr="00B47C40" w:rsidRDefault="00B46EE3" w:rsidP="00B47C40">
      <w:pPr>
        <w:pStyle w:val="a0"/>
        <w:spacing w:after="60"/>
        <w:jc w:val="both"/>
        <w:rPr>
          <w:lang w:val="ru-RU"/>
        </w:rPr>
      </w:pPr>
      <w:r w:rsidRPr="00B47C40">
        <w:rPr>
          <w:lang w:val="ru-RU"/>
        </w:rPr>
        <w:t>требовать прекращения распространения персональных данных в предусмотренных законом случаях;</w:t>
      </w:r>
    </w:p>
    <w:p w:rsidR="008903F3" w:rsidRPr="00B47C40" w:rsidRDefault="00B46EE3" w:rsidP="00B47C40">
      <w:pPr>
        <w:pStyle w:val="a0"/>
        <w:spacing w:after="60"/>
        <w:jc w:val="both"/>
        <w:rPr>
          <w:lang w:val="ru-RU"/>
        </w:rPr>
      </w:pPr>
      <w:r w:rsidRPr="00B47C40">
        <w:rPr>
          <w:lang w:val="ru-RU"/>
        </w:rPr>
        <w:t>обжаловать действия или бездействие Оператора в Роскомнадзор или в судебном порядке.</w:t>
      </w:r>
    </w:p>
    <w:p w:rsidR="008903F3" w:rsidRPr="00B47C40" w:rsidRDefault="00B46EE3" w:rsidP="00B47C40">
      <w:pPr>
        <w:pStyle w:val="1"/>
        <w:spacing w:before="160" w:after="100"/>
        <w:jc w:val="both"/>
        <w:rPr>
          <w:lang w:val="ru-RU"/>
        </w:rPr>
      </w:pPr>
      <w:r w:rsidRPr="00B47C40">
        <w:rPr>
          <w:lang w:val="ru-RU"/>
        </w:rPr>
        <w:t>17. Обращения субъектов и сроки реагирования</w:t>
      </w:r>
    </w:p>
    <w:p w:rsidR="008903F3" w:rsidRPr="00B47C40" w:rsidRDefault="00B46EE3" w:rsidP="00B47C40">
      <w:pPr>
        <w:spacing w:after="60"/>
        <w:jc w:val="both"/>
        <w:rPr>
          <w:lang w:val="ru-RU"/>
        </w:rPr>
      </w:pPr>
      <w:r w:rsidRPr="00B47C40">
        <w:rPr>
          <w:b/>
          <w:lang w:val="ru-RU"/>
        </w:rPr>
        <w:t xml:space="preserve">17.1. </w:t>
      </w:r>
      <w:r w:rsidRPr="00B47C40">
        <w:rPr>
          <w:lang w:val="ru-RU"/>
        </w:rPr>
        <w:t xml:space="preserve">Для реализации своих прав субъект или его представитель может обратиться к Оператору по </w:t>
      </w:r>
      <w:r>
        <w:t>e</w:t>
      </w:r>
      <w:r w:rsidRPr="00B47C40">
        <w:rPr>
          <w:lang w:val="ru-RU"/>
        </w:rPr>
        <w:t>-</w:t>
      </w:r>
      <w:r>
        <w:t>mail</w:t>
      </w:r>
      <w:r w:rsidRPr="00B47C40">
        <w:rPr>
          <w:lang w:val="ru-RU"/>
        </w:rPr>
        <w:t xml:space="preserve"> </w:t>
      </w:r>
      <w:r w:rsidR="00014967">
        <w:rPr>
          <w:lang w:val="ru-RU"/>
        </w:rPr>
        <w:t>89185088801</w:t>
      </w:r>
      <w:r w:rsidRPr="00B47C40">
        <w:rPr>
          <w:lang w:val="ru-RU"/>
        </w:rPr>
        <w:t>@</w:t>
      </w:r>
      <w:r>
        <w:t>mail</w:t>
      </w:r>
      <w:r w:rsidRPr="00B47C40">
        <w:rPr>
          <w:lang w:val="ru-RU"/>
        </w:rPr>
        <w:t>.</w:t>
      </w:r>
      <w:proofErr w:type="spellStart"/>
      <w:r>
        <w:t>ru</w:t>
      </w:r>
      <w:proofErr w:type="spellEnd"/>
      <w:r w:rsidRPr="00B47C40">
        <w:rPr>
          <w:lang w:val="ru-RU"/>
        </w:rPr>
        <w:t xml:space="preserve"> либо направить письменное обращение по адресу: 344092, г. Ростов-на-Дону, ул. Добровольского, 8/2-89. При необходимости Оператор вправе запросить сведения, позволяющие подтвердить личность заявителя и его отношение к обрабатываемым данным.</w:t>
      </w:r>
    </w:p>
    <w:p w:rsidR="008903F3" w:rsidRPr="00B47C40" w:rsidRDefault="00B46EE3" w:rsidP="00B47C40">
      <w:pPr>
        <w:spacing w:after="60"/>
        <w:jc w:val="both"/>
        <w:rPr>
          <w:lang w:val="ru-RU"/>
        </w:rPr>
      </w:pPr>
      <w:r w:rsidRPr="00B47C40">
        <w:rPr>
          <w:b/>
          <w:lang w:val="ru-RU"/>
        </w:rPr>
        <w:t xml:space="preserve">17.2. </w:t>
      </w:r>
      <w:r w:rsidRPr="00B47C40">
        <w:rPr>
          <w:lang w:val="ru-RU"/>
        </w:rPr>
        <w:t>Сведения об обработке персональных данных предоставляются субъекту или его представителю в течение 10 рабочих дней с момента обращения или получения надлежащего запроса. В предусмотренных законом случаях срок может быть продлён не более чем на 5 рабочих дней с направлением мотивированного уведомления.</w:t>
      </w:r>
    </w:p>
    <w:p w:rsidR="008903F3" w:rsidRPr="00B47C40" w:rsidRDefault="00B46EE3" w:rsidP="00B47C40">
      <w:pPr>
        <w:spacing w:after="60"/>
        <w:jc w:val="both"/>
        <w:rPr>
          <w:lang w:val="ru-RU"/>
        </w:rPr>
      </w:pPr>
      <w:r w:rsidRPr="00B47C40">
        <w:rPr>
          <w:b/>
          <w:lang w:val="ru-RU"/>
        </w:rPr>
        <w:t xml:space="preserve">17.3. </w:t>
      </w:r>
      <w:r w:rsidRPr="00B47C40">
        <w:rPr>
          <w:lang w:val="ru-RU"/>
        </w:rPr>
        <w:t>При подтверждении неточности персональных данных Оператор уточняет их в срок, предусмотренный законодательством, и снимает блокирование данных после их уточнения.</w:t>
      </w:r>
    </w:p>
    <w:p w:rsidR="008903F3" w:rsidRPr="00B47C40" w:rsidRDefault="00B46EE3" w:rsidP="00B47C40">
      <w:pPr>
        <w:spacing w:after="60"/>
        <w:jc w:val="both"/>
        <w:rPr>
          <w:lang w:val="ru-RU"/>
        </w:rPr>
      </w:pPr>
      <w:r w:rsidRPr="00B47C40">
        <w:rPr>
          <w:b/>
          <w:lang w:val="ru-RU"/>
        </w:rPr>
        <w:t xml:space="preserve">17.4. </w:t>
      </w:r>
      <w:r w:rsidRPr="00B47C40">
        <w:rPr>
          <w:lang w:val="ru-RU"/>
        </w:rPr>
        <w:t>При получении требования о прекращении обработки Оператор прекращает обработку или обеспечивает её прекращение в срок, установленный законодательством, если отсутствуют предусмотренные законом основания для продолжения обработки.</w:t>
      </w:r>
    </w:p>
    <w:p w:rsidR="008903F3" w:rsidRPr="00B47C40" w:rsidRDefault="00B46EE3" w:rsidP="00B47C40">
      <w:pPr>
        <w:pStyle w:val="1"/>
        <w:spacing w:before="160" w:after="100"/>
        <w:jc w:val="both"/>
        <w:rPr>
          <w:lang w:val="ru-RU"/>
        </w:rPr>
      </w:pPr>
      <w:r w:rsidRPr="00B47C40">
        <w:rPr>
          <w:lang w:val="ru-RU"/>
        </w:rPr>
        <w:t>18. Меры защиты персональных данных</w:t>
      </w:r>
    </w:p>
    <w:p w:rsidR="008903F3" w:rsidRPr="00B47C40" w:rsidRDefault="00B46EE3" w:rsidP="00B47C40">
      <w:pPr>
        <w:spacing w:after="60"/>
        <w:jc w:val="both"/>
        <w:rPr>
          <w:lang w:val="ru-RU"/>
        </w:rPr>
      </w:pPr>
      <w:r w:rsidRPr="00B47C40">
        <w:rPr>
          <w:b/>
          <w:lang w:val="ru-RU"/>
        </w:rPr>
        <w:t xml:space="preserve">18.1. </w:t>
      </w:r>
      <w:r w:rsidRPr="00B47C40">
        <w:rPr>
          <w:lang w:val="ru-RU"/>
        </w:rPr>
        <w:t>Оператор принимает необходимые и достаточные правовые, организационные и технические меры для защиты персональных данных от неправомерного или случайного доступа, уничтожения, изменения, блокирования, копирования, предоставления, распространения и иных неправомерных действий.</w:t>
      </w:r>
    </w:p>
    <w:p w:rsidR="008903F3" w:rsidRPr="00B47C40" w:rsidRDefault="00B46EE3" w:rsidP="00B47C40">
      <w:pPr>
        <w:spacing w:after="60"/>
        <w:jc w:val="both"/>
        <w:rPr>
          <w:lang w:val="ru-RU"/>
        </w:rPr>
      </w:pPr>
      <w:r w:rsidRPr="00B47C40">
        <w:rPr>
          <w:b/>
          <w:lang w:val="ru-RU"/>
        </w:rPr>
        <w:t xml:space="preserve">18.2. </w:t>
      </w:r>
      <w:r w:rsidRPr="00B47C40">
        <w:rPr>
          <w:lang w:val="ru-RU"/>
        </w:rPr>
        <w:t xml:space="preserve">В числе применяемых мер: утверждение настоящей Политики и локальных актов; назначение ответственного за организацию обработки; минимизация состава данных; разграничение доступа; защита </w:t>
      </w:r>
      <w:r w:rsidRPr="00B47C40">
        <w:rPr>
          <w:lang w:val="ru-RU"/>
        </w:rPr>
        <w:lastRenderedPageBreak/>
        <w:t>устройств паролями и блокировкой; ограничение доступа к бумажным носителям; резервирование и обновление программного обеспечения в разумно необходимом объёме; контроль используемых сервисов; учёт обращений субъектов; регламентированное хранение и уничтожение данных.</w:t>
      </w:r>
    </w:p>
    <w:p w:rsidR="008903F3" w:rsidRPr="00B47C40" w:rsidRDefault="00B46EE3" w:rsidP="00B47C40">
      <w:pPr>
        <w:spacing w:after="60"/>
        <w:jc w:val="both"/>
        <w:rPr>
          <w:lang w:val="ru-RU"/>
        </w:rPr>
      </w:pPr>
      <w:r w:rsidRPr="00B47C40">
        <w:rPr>
          <w:b/>
          <w:lang w:val="ru-RU"/>
        </w:rPr>
        <w:t xml:space="preserve">18.3. </w:t>
      </w:r>
      <w:r w:rsidRPr="00B47C40">
        <w:rPr>
          <w:lang w:val="ru-RU"/>
        </w:rPr>
        <w:t>Доступ к персональным данным предоставляется только лицам и организациям, которым он необходим для выполнения законных задач и обязанностей.</w:t>
      </w:r>
    </w:p>
    <w:p w:rsidR="008903F3" w:rsidRPr="00B47C40" w:rsidRDefault="00B46EE3" w:rsidP="00B47C40">
      <w:pPr>
        <w:pStyle w:val="1"/>
        <w:spacing w:before="160" w:after="100"/>
        <w:jc w:val="both"/>
        <w:rPr>
          <w:lang w:val="ru-RU"/>
        </w:rPr>
      </w:pPr>
      <w:r w:rsidRPr="00B47C40">
        <w:rPr>
          <w:lang w:val="ru-RU"/>
        </w:rPr>
        <w:t>19. Изменение Политики</w:t>
      </w:r>
    </w:p>
    <w:p w:rsidR="008903F3" w:rsidRPr="00B47C40" w:rsidRDefault="00B46EE3" w:rsidP="00B47C40">
      <w:pPr>
        <w:spacing w:after="60"/>
        <w:jc w:val="both"/>
        <w:rPr>
          <w:lang w:val="ru-RU"/>
        </w:rPr>
      </w:pPr>
      <w:r w:rsidRPr="00B47C40">
        <w:rPr>
          <w:b/>
          <w:lang w:val="ru-RU"/>
        </w:rPr>
        <w:t xml:space="preserve">19.1. </w:t>
      </w:r>
      <w:r w:rsidRPr="00B47C40">
        <w:rPr>
          <w:lang w:val="ru-RU"/>
        </w:rPr>
        <w:t>Оператор вправе изменять настоящую Политику при изменении законодательства, направлений деятельности, используемых сервисов, доменных имён, способов обработки или иных существенных обстоятельств.</w:t>
      </w:r>
    </w:p>
    <w:p w:rsidR="008903F3" w:rsidRPr="00B47C40" w:rsidRDefault="00B46EE3" w:rsidP="00B47C40">
      <w:pPr>
        <w:spacing w:after="60"/>
        <w:jc w:val="both"/>
        <w:rPr>
          <w:lang w:val="ru-RU"/>
        </w:rPr>
      </w:pPr>
      <w:r w:rsidRPr="00B47C40">
        <w:rPr>
          <w:b/>
          <w:lang w:val="ru-RU"/>
        </w:rPr>
        <w:t xml:space="preserve">19.2. </w:t>
      </w:r>
      <w:r w:rsidRPr="00B47C40">
        <w:rPr>
          <w:lang w:val="ru-RU"/>
        </w:rPr>
        <w:t>Новая редакция вступает в силу с даты её утверждения, если в самой редакции не установлено иное, и размещается в доступном месте на интернет-ресурсах Оператора.</w:t>
      </w:r>
    </w:p>
    <w:p w:rsidR="008903F3" w:rsidRPr="00B47C40" w:rsidRDefault="00B46EE3" w:rsidP="00B47C40">
      <w:pPr>
        <w:spacing w:after="60"/>
        <w:jc w:val="both"/>
        <w:rPr>
          <w:lang w:val="ru-RU"/>
        </w:rPr>
      </w:pPr>
      <w:r w:rsidRPr="00B47C40">
        <w:rPr>
          <w:b/>
          <w:lang w:val="ru-RU"/>
        </w:rPr>
        <w:t xml:space="preserve">19.3. </w:t>
      </w:r>
      <w:r w:rsidRPr="00B47C40">
        <w:rPr>
          <w:lang w:val="ru-RU"/>
        </w:rPr>
        <w:t>Изменение Политики не заменяет получение нового согласия субъекта, если изменение целей, состава данных или иных условий обработки требует нового или дополнительного согласия по закону.</w:t>
      </w:r>
    </w:p>
    <w:p w:rsidR="008903F3" w:rsidRPr="00B47C40" w:rsidRDefault="00B46EE3">
      <w:pPr>
        <w:pStyle w:val="1"/>
        <w:spacing w:before="160" w:after="100"/>
        <w:rPr>
          <w:lang w:val="ru-RU"/>
        </w:rPr>
      </w:pPr>
      <w:r w:rsidRPr="00B47C40">
        <w:rPr>
          <w:lang w:val="ru-RU"/>
        </w:rPr>
        <w:t>20. Реквизиты Оператора</w:t>
      </w:r>
    </w:p>
    <w:p w:rsidR="008903F3" w:rsidRPr="00B47C40" w:rsidRDefault="00B46EE3">
      <w:pPr>
        <w:spacing w:after="60"/>
        <w:rPr>
          <w:lang w:val="ru-RU"/>
        </w:rPr>
      </w:pPr>
      <w:r w:rsidRPr="00B47C40">
        <w:rPr>
          <w:lang w:val="ru-RU"/>
        </w:rPr>
        <w:t>Индивидуальный предприниматель Яковлев Дмитрий Петрович</w:t>
      </w:r>
    </w:p>
    <w:p w:rsidR="008903F3" w:rsidRPr="00B47C40" w:rsidRDefault="00B46EE3">
      <w:pPr>
        <w:spacing w:after="60"/>
        <w:rPr>
          <w:lang w:val="ru-RU"/>
        </w:rPr>
      </w:pPr>
      <w:r w:rsidRPr="00B47C40">
        <w:rPr>
          <w:lang w:val="ru-RU"/>
        </w:rPr>
        <w:t>ИНН 616100004281</w:t>
      </w:r>
    </w:p>
    <w:p w:rsidR="008903F3" w:rsidRPr="00B47C40" w:rsidRDefault="00B46EE3">
      <w:pPr>
        <w:spacing w:after="60"/>
        <w:rPr>
          <w:lang w:val="ru-RU"/>
        </w:rPr>
      </w:pPr>
      <w:r w:rsidRPr="00B47C40">
        <w:rPr>
          <w:lang w:val="ru-RU"/>
        </w:rPr>
        <w:t>ОГРНИП 304616133500067</w:t>
      </w:r>
    </w:p>
    <w:p w:rsidR="008903F3" w:rsidRPr="00B47C40" w:rsidRDefault="00B46EE3">
      <w:pPr>
        <w:spacing w:after="60"/>
        <w:rPr>
          <w:lang w:val="ru-RU"/>
        </w:rPr>
      </w:pPr>
      <w:r w:rsidRPr="00B47C40">
        <w:rPr>
          <w:lang w:val="ru-RU"/>
        </w:rPr>
        <w:t>Адрес: 344092, г. Ростов-на-Дону, ул. Добровольского, 8/2-89</w:t>
      </w:r>
    </w:p>
    <w:p w:rsidR="008903F3" w:rsidRPr="00B47C40" w:rsidRDefault="00B46EE3">
      <w:pPr>
        <w:spacing w:after="60"/>
        <w:rPr>
          <w:lang w:val="ru-RU"/>
        </w:rPr>
      </w:pPr>
      <w:r w:rsidRPr="00B47C40">
        <w:rPr>
          <w:lang w:val="ru-RU"/>
        </w:rPr>
        <w:t>Телефон: 8-918-5</w:t>
      </w:r>
      <w:r w:rsidR="00B47C40">
        <w:rPr>
          <w:lang w:val="ru-RU"/>
        </w:rPr>
        <w:t>08-88-01</w:t>
      </w:r>
    </w:p>
    <w:p w:rsidR="008903F3" w:rsidRPr="00B47C40" w:rsidRDefault="00B46EE3">
      <w:pPr>
        <w:spacing w:after="60"/>
        <w:rPr>
          <w:lang w:val="ru-RU"/>
        </w:rPr>
      </w:pPr>
      <w:r>
        <w:t>E</w:t>
      </w:r>
      <w:r w:rsidRPr="00B47C40">
        <w:rPr>
          <w:lang w:val="ru-RU"/>
        </w:rPr>
        <w:t>-</w:t>
      </w:r>
      <w:r>
        <w:t>mail</w:t>
      </w:r>
      <w:r w:rsidRPr="00B47C40">
        <w:rPr>
          <w:lang w:val="ru-RU"/>
        </w:rPr>
        <w:t xml:space="preserve">: </w:t>
      </w:r>
      <w:r w:rsidR="00B47C40">
        <w:rPr>
          <w:lang w:val="ru-RU"/>
        </w:rPr>
        <w:t>89185088801</w:t>
      </w:r>
      <w:r w:rsidRPr="00B47C40">
        <w:rPr>
          <w:lang w:val="ru-RU"/>
        </w:rPr>
        <w:t>@</w:t>
      </w:r>
      <w:r>
        <w:t>mail</w:t>
      </w:r>
      <w:r w:rsidRPr="00B47C40">
        <w:rPr>
          <w:lang w:val="ru-RU"/>
        </w:rPr>
        <w:t>.</w:t>
      </w:r>
      <w:r>
        <w:t>ru</w:t>
      </w:r>
      <w:bookmarkStart w:id="0" w:name="_GoBack"/>
      <w:bookmarkEnd w:id="0"/>
      <w:permStart w:id="488800181" w:edGrp="everyone"/>
      <w:permEnd w:id="488800181"/>
    </w:p>
    <w:sectPr w:rsidR="008903F3" w:rsidRPr="00B47C40" w:rsidSect="00034616">
      <w:footerReference w:type="default" r:id="rId9"/>
      <w:pgSz w:w="12240" w:h="15840"/>
      <w:pgMar w:top="850" w:right="850" w:bottom="85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4F0" w:rsidRDefault="006404F0">
      <w:pPr>
        <w:spacing w:after="0" w:line="240" w:lineRule="auto"/>
      </w:pPr>
      <w:r>
        <w:separator/>
      </w:r>
    </w:p>
  </w:endnote>
  <w:endnote w:type="continuationSeparator" w:id="0">
    <w:p w:rsidR="006404F0" w:rsidRDefault="00640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3F3" w:rsidRPr="00B47C40" w:rsidRDefault="008903F3">
    <w:pPr>
      <w:pStyle w:val="a7"/>
      <w:jc w:val="center"/>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4F0" w:rsidRDefault="006404F0">
      <w:pPr>
        <w:spacing w:after="0" w:line="240" w:lineRule="auto"/>
      </w:pPr>
      <w:r>
        <w:separator/>
      </w:r>
    </w:p>
  </w:footnote>
  <w:footnote w:type="continuationSeparator" w:id="0">
    <w:p w:rsidR="006404F0" w:rsidRDefault="006404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1" w:cryptProviderType="rsaAES" w:cryptAlgorithmClass="hash" w:cryptAlgorithmType="typeAny" w:cryptAlgorithmSid="14" w:cryptSpinCount="100000" w:hash="S6yaFw2qbDm3CNO6aJCGRUD4p/X+/x0L37i2xeiQ7pSWlv0ZeMU/wVs3eoOz0y2/icQbYNp3gIqc3QqQrsv/tw==" w:salt="evTPfgwWItCZ7imjJEkfsQ=="/>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4967"/>
    <w:rsid w:val="00034616"/>
    <w:rsid w:val="0006063C"/>
    <w:rsid w:val="0015074B"/>
    <w:rsid w:val="0029639D"/>
    <w:rsid w:val="00326F90"/>
    <w:rsid w:val="006404F0"/>
    <w:rsid w:val="00757FAB"/>
    <w:rsid w:val="008903F3"/>
    <w:rsid w:val="008B1531"/>
    <w:rsid w:val="00AA1D8D"/>
    <w:rsid w:val="00B46EE3"/>
    <w:rsid w:val="00B47730"/>
    <w:rsid w:val="00B47C4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15:docId w15:val="{C498D279-3916-492E-B32E-63B42B473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Arial" w:eastAsia="Arial" w:hAnsi="Arial"/>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B47C40"/>
    <w:pPr>
      <w:spacing w:after="0" w:line="240" w:lineRule="auto"/>
    </w:pPr>
    <w:rPr>
      <w:rFonts w:ascii="Segoe UI" w:hAnsi="Segoe UI" w:cs="Segoe UI"/>
      <w:sz w:val="18"/>
      <w:szCs w:val="18"/>
    </w:rPr>
  </w:style>
  <w:style w:type="character" w:customStyle="1" w:styleId="aff9">
    <w:name w:val="Текст выноски Знак"/>
    <w:basedOn w:val="a2"/>
    <w:link w:val="aff8"/>
    <w:uiPriority w:val="99"/>
    <w:semiHidden/>
    <w:rsid w:val="00B47C40"/>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0BAB7-DFAD-42CC-98FF-44D185203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3162</Words>
  <Characters>18028</Characters>
  <Application>Microsoft Office Word</Application>
  <DocSecurity>8</DocSecurity>
  <Lines>150</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Политика в отношении обработки персональных данных ИП Яковлева Дмитрия Петровича</vt:lpstr>
      <vt:lpstr/>
    </vt:vector>
  </TitlesOfParts>
  <Manager/>
  <Company/>
  <LinksUpToDate>false</LinksUpToDate>
  <CharactersWithSpaces>21148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в отношении обработки персональных данных ИП Яковлева Дмитрия Петровича</dc:title>
  <dc:subject>Финальная редакция от 26 августа 2026 года</dc:subject>
  <dc:creator>ИП Яковлев Дмитрий Петрович</dc:creator>
  <cp:keywords/>
  <dc:description>generated by python-docx</dc:description>
  <cp:lastModifiedBy>User</cp:lastModifiedBy>
  <cp:revision>5</cp:revision>
  <cp:lastPrinted>2026-08-26T15:52:00Z</cp:lastPrinted>
  <dcterms:created xsi:type="dcterms:W3CDTF">2013-12-23T23:15:00Z</dcterms:created>
  <dcterms:modified xsi:type="dcterms:W3CDTF">2026-08-26T16:01:00Z</dcterms:modified>
  <cp:category/>
</cp:coreProperties>
</file>